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D9106" w14:textId="77777777" w:rsidR="004819EE" w:rsidRDefault="004819EE" w:rsidP="00581D9D">
      <w:pPr>
        <w:spacing w:line="360" w:lineRule="auto"/>
        <w:jc w:val="center"/>
        <w:rPr>
          <w:rFonts w:cs="Arial"/>
          <w:b/>
          <w:bCs/>
          <w:color w:val="4F81BD" w:themeColor="accent1"/>
          <w:sz w:val="28"/>
          <w:szCs w:val="28"/>
          <w:shd w:val="clear" w:color="auto" w:fill="FFFFFF"/>
          <w:lang w:val="sk-SK"/>
        </w:rPr>
      </w:pPr>
    </w:p>
    <w:p w14:paraId="711C668B" w14:textId="743AB9BB" w:rsidR="00697D55" w:rsidRPr="001C5E2C" w:rsidRDefault="00697D55" w:rsidP="00581D9D">
      <w:pPr>
        <w:spacing w:line="360" w:lineRule="auto"/>
        <w:jc w:val="center"/>
        <w:rPr>
          <w:rFonts w:cs="Arial"/>
          <w:b/>
          <w:bCs/>
          <w:color w:val="4F81BD" w:themeColor="accent1"/>
          <w:sz w:val="28"/>
          <w:szCs w:val="28"/>
          <w:shd w:val="clear" w:color="auto" w:fill="FFFFFF"/>
          <w:lang w:val="sk-SK"/>
        </w:rPr>
      </w:pPr>
      <w:r w:rsidRPr="001C5E2C">
        <w:rPr>
          <w:rFonts w:cs="Arial"/>
          <w:b/>
          <w:bCs/>
          <w:color w:val="4F81BD" w:themeColor="accent1"/>
          <w:sz w:val="28"/>
          <w:szCs w:val="28"/>
          <w:shd w:val="clear" w:color="auto" w:fill="FFFFFF"/>
          <w:lang w:val="sk-SK"/>
        </w:rPr>
        <w:t>I</w:t>
      </w:r>
      <w:r w:rsidR="00C355B8" w:rsidRPr="001C5E2C">
        <w:rPr>
          <w:rFonts w:cs="Arial"/>
          <w:b/>
          <w:bCs/>
          <w:color w:val="4F81BD" w:themeColor="accent1"/>
          <w:sz w:val="28"/>
          <w:szCs w:val="28"/>
          <w:shd w:val="clear" w:color="auto" w:fill="FFFFFF"/>
          <w:lang w:val="sk-SK"/>
        </w:rPr>
        <w:t>NFORMÁCIE</w:t>
      </w:r>
      <w:r w:rsidRPr="001C5E2C">
        <w:rPr>
          <w:rFonts w:cs="Arial"/>
          <w:b/>
          <w:bCs/>
          <w:color w:val="4F81BD" w:themeColor="accent1"/>
          <w:sz w:val="28"/>
          <w:szCs w:val="28"/>
          <w:shd w:val="clear" w:color="auto" w:fill="FFFFFF"/>
          <w:lang w:val="sk-SK"/>
        </w:rPr>
        <w:t xml:space="preserve"> </w:t>
      </w:r>
      <w:r w:rsidR="00C355B8" w:rsidRPr="001C5E2C">
        <w:rPr>
          <w:rFonts w:cs="Arial"/>
          <w:b/>
          <w:bCs/>
          <w:color w:val="4F81BD" w:themeColor="accent1"/>
          <w:sz w:val="28"/>
          <w:szCs w:val="28"/>
          <w:shd w:val="clear" w:color="auto" w:fill="FFFFFF"/>
          <w:lang w:val="sk-SK"/>
        </w:rPr>
        <w:t>O POSKYTOVANEJ</w:t>
      </w:r>
      <w:r w:rsidRPr="001C5E2C">
        <w:rPr>
          <w:rFonts w:cs="Arial"/>
          <w:b/>
          <w:bCs/>
          <w:color w:val="4F81BD" w:themeColor="accent1"/>
          <w:sz w:val="28"/>
          <w:szCs w:val="28"/>
          <w:shd w:val="clear" w:color="auto" w:fill="FFFFFF"/>
          <w:lang w:val="sk-SK"/>
        </w:rPr>
        <w:t xml:space="preserve"> </w:t>
      </w:r>
      <w:r w:rsidR="00C355B8" w:rsidRPr="001C5E2C">
        <w:rPr>
          <w:rFonts w:cs="Arial"/>
          <w:b/>
          <w:bCs/>
          <w:color w:val="4F81BD" w:themeColor="accent1"/>
          <w:sz w:val="28"/>
          <w:szCs w:val="28"/>
          <w:shd w:val="clear" w:color="auto" w:fill="FFFFFF"/>
          <w:lang w:val="sk-SK"/>
        </w:rPr>
        <w:t>PODPORE</w:t>
      </w:r>
      <w:r w:rsidRPr="001C5E2C">
        <w:rPr>
          <w:rFonts w:cs="Arial"/>
          <w:b/>
          <w:bCs/>
          <w:color w:val="4F81BD" w:themeColor="accent1"/>
          <w:sz w:val="28"/>
          <w:szCs w:val="28"/>
          <w:shd w:val="clear" w:color="auto" w:fill="FFFFFF"/>
          <w:lang w:val="sk-SK"/>
        </w:rPr>
        <w:t xml:space="preserve"> (1. a 2. stupňa) </w:t>
      </w:r>
      <w:r w:rsidR="009E5F6A">
        <w:rPr>
          <w:rFonts w:cs="Arial"/>
          <w:b/>
          <w:bCs/>
          <w:color w:val="4F81BD" w:themeColor="accent1"/>
          <w:sz w:val="28"/>
          <w:szCs w:val="28"/>
          <w:shd w:val="clear" w:color="auto" w:fill="FFFFFF"/>
          <w:lang w:val="sk-SK"/>
        </w:rPr>
        <w:t>v</w:t>
      </w:r>
      <w:r w:rsidR="00734EA1">
        <w:rPr>
          <w:rFonts w:cs="Arial"/>
          <w:b/>
          <w:bCs/>
          <w:color w:val="4F81BD" w:themeColor="accent1"/>
          <w:sz w:val="28"/>
          <w:szCs w:val="28"/>
          <w:shd w:val="clear" w:color="auto" w:fill="FFFFFF"/>
          <w:lang w:val="sk-SK"/>
        </w:rPr>
        <w:t> materskej škole</w:t>
      </w:r>
    </w:p>
    <w:p w14:paraId="41CAE30B" w14:textId="3EA5FBF7" w:rsidR="00697D55" w:rsidRPr="001C5E2C" w:rsidRDefault="00697D55" w:rsidP="00581D9D">
      <w:pPr>
        <w:spacing w:line="360" w:lineRule="auto"/>
        <w:jc w:val="center"/>
        <w:rPr>
          <w:rFonts w:cs="Arial"/>
          <w:sz w:val="22"/>
          <w:lang w:val="sk-SK"/>
        </w:rPr>
      </w:pPr>
      <w:r w:rsidRPr="001C5E2C">
        <w:rPr>
          <w:rFonts w:cs="Arial"/>
          <w:color w:val="000000"/>
          <w:sz w:val="22"/>
          <w:shd w:val="clear" w:color="auto" w:fill="FFFFFF"/>
          <w:lang w:val="sk-SK"/>
        </w:rPr>
        <w:t xml:space="preserve">a ďalšie údaje pre potreby </w:t>
      </w:r>
      <w:r w:rsidRPr="001C5E2C">
        <w:rPr>
          <w:rFonts w:cs="Arial"/>
          <w:sz w:val="22"/>
          <w:lang w:val="sk-SK"/>
        </w:rPr>
        <w:t>diagnostiky</w:t>
      </w:r>
      <w:r w:rsidR="004F6E68">
        <w:rPr>
          <w:rFonts w:cs="Arial"/>
          <w:sz w:val="22"/>
          <w:lang w:val="sk-SK"/>
        </w:rPr>
        <w:t xml:space="preserve"> </w:t>
      </w:r>
      <w:r w:rsidRPr="001C5E2C">
        <w:rPr>
          <w:rFonts w:cs="Arial"/>
          <w:sz w:val="22"/>
          <w:lang w:val="sk-SK"/>
        </w:rPr>
        <w:t xml:space="preserve">a nastavenia podporných opatrení </w:t>
      </w:r>
      <w:r w:rsidRPr="001C5E2C">
        <w:rPr>
          <w:rFonts w:cs="Arial"/>
          <w:sz w:val="22"/>
          <w:lang w:val="sk-SK"/>
        </w:rPr>
        <w:br/>
        <w:t>v Centre poradenstva a</w:t>
      </w:r>
      <w:r w:rsidR="00192051">
        <w:rPr>
          <w:rFonts w:cs="Arial"/>
          <w:sz w:val="22"/>
          <w:lang w:val="sk-SK"/>
        </w:rPr>
        <w:t> </w:t>
      </w:r>
      <w:r w:rsidRPr="001C5E2C">
        <w:rPr>
          <w:rFonts w:cs="Arial"/>
          <w:sz w:val="22"/>
          <w:lang w:val="sk-SK"/>
        </w:rPr>
        <w:t>prevencie</w:t>
      </w:r>
      <w:r w:rsidR="00192051">
        <w:rPr>
          <w:rFonts w:cs="Arial"/>
          <w:sz w:val="22"/>
          <w:lang w:val="sk-SK"/>
        </w:rPr>
        <w:t xml:space="preserve">, A. Bernoláka </w:t>
      </w:r>
      <w:r w:rsidR="00A03B94">
        <w:rPr>
          <w:rFonts w:cs="Arial"/>
          <w:sz w:val="22"/>
          <w:lang w:val="sk-SK"/>
        </w:rPr>
        <w:t>3334/</w:t>
      </w:r>
      <w:r w:rsidR="00192051">
        <w:rPr>
          <w:rFonts w:cs="Arial"/>
          <w:sz w:val="22"/>
          <w:lang w:val="sk-SK"/>
        </w:rPr>
        <w:t>72, 010 01</w:t>
      </w:r>
      <w:r w:rsidR="00E8741E">
        <w:rPr>
          <w:rFonts w:cs="Arial"/>
          <w:sz w:val="22"/>
          <w:lang w:val="sk-SK"/>
        </w:rPr>
        <w:t xml:space="preserve"> v Žiline</w:t>
      </w:r>
    </w:p>
    <w:p w14:paraId="3B441CD6" w14:textId="73D2E4F0" w:rsidR="00697D55" w:rsidRPr="001C5E2C" w:rsidRDefault="00697D55" w:rsidP="00581D9D">
      <w:pPr>
        <w:pStyle w:val="Nadpis2"/>
        <w:spacing w:before="0" w:line="360" w:lineRule="auto"/>
        <w:rPr>
          <w:rFonts w:ascii="Arial" w:hAnsi="Arial" w:cs="Arial"/>
          <w:sz w:val="22"/>
          <w:szCs w:val="22"/>
          <w:lang w:val="sk-SK"/>
        </w:rPr>
      </w:pPr>
      <w:r w:rsidRPr="001C5E2C">
        <w:rPr>
          <w:rFonts w:ascii="Arial" w:hAnsi="Arial" w:cs="Arial"/>
          <w:sz w:val="22"/>
          <w:szCs w:val="22"/>
          <w:lang w:val="sk-SK"/>
        </w:rPr>
        <w:t>1. ZÁKLADNÉ ÚDAJE O</w:t>
      </w:r>
      <w:r w:rsidR="004F6E68">
        <w:rPr>
          <w:rFonts w:ascii="Arial" w:hAnsi="Arial" w:cs="Arial"/>
          <w:sz w:val="22"/>
          <w:szCs w:val="22"/>
          <w:lang w:val="sk-SK"/>
        </w:rPr>
        <w:t> DIE</w:t>
      </w:r>
      <w:r w:rsidR="00734EA1">
        <w:rPr>
          <w:rFonts w:ascii="Arial" w:hAnsi="Arial" w:cs="Arial"/>
          <w:sz w:val="22"/>
          <w:szCs w:val="22"/>
          <w:lang w:val="sk-SK"/>
        </w:rPr>
        <w:t>ŤATI</w:t>
      </w:r>
    </w:p>
    <w:p w14:paraId="3F130633" w14:textId="22FA8635" w:rsidR="00697D55" w:rsidRPr="001C5E2C" w:rsidRDefault="005A007F" w:rsidP="00581D9D">
      <w:pP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sz w:val="22"/>
          <w:lang w:val="sk-SK"/>
        </w:rPr>
        <w:t>M</w:t>
      </w:r>
      <w:r w:rsidR="00697D55" w:rsidRPr="001C5E2C">
        <w:rPr>
          <w:rFonts w:cs="Arial"/>
          <w:sz w:val="22"/>
          <w:lang w:val="sk-SK"/>
        </w:rPr>
        <w:t>eno a</w:t>
      </w:r>
      <w:r w:rsidRPr="001C5E2C">
        <w:rPr>
          <w:rFonts w:cs="Arial"/>
          <w:sz w:val="22"/>
          <w:lang w:val="sk-SK"/>
        </w:rPr>
        <w:t> </w:t>
      </w:r>
      <w:r w:rsidR="00697D55" w:rsidRPr="001C5E2C">
        <w:rPr>
          <w:rFonts w:cs="Arial"/>
          <w:sz w:val="22"/>
          <w:lang w:val="sk-SK"/>
        </w:rPr>
        <w:t>priezvisko</w:t>
      </w:r>
      <w:r w:rsidRPr="001C5E2C">
        <w:rPr>
          <w:rFonts w:cs="Arial"/>
          <w:sz w:val="22"/>
          <w:lang w:val="sk-SK"/>
        </w:rPr>
        <w:t>: ................................</w:t>
      </w:r>
      <w:r w:rsidR="00B42CEA" w:rsidRPr="001C5E2C">
        <w:rPr>
          <w:rFonts w:cs="Arial"/>
          <w:sz w:val="22"/>
          <w:lang w:val="sk-SK"/>
        </w:rPr>
        <w:t>.....................................................................................</w:t>
      </w:r>
      <w:r w:rsidR="005005BF">
        <w:rPr>
          <w:rFonts w:cs="Arial"/>
          <w:sz w:val="22"/>
          <w:lang w:val="sk-SK"/>
        </w:rPr>
        <w:t>........</w:t>
      </w:r>
      <w:r w:rsidR="00B42CEA" w:rsidRPr="001C5E2C">
        <w:rPr>
          <w:rFonts w:cs="Arial"/>
          <w:sz w:val="22"/>
          <w:lang w:val="sk-SK"/>
        </w:rPr>
        <w:t>....................</w:t>
      </w:r>
    </w:p>
    <w:p w14:paraId="57E19ECE" w14:textId="1CADC9D4" w:rsidR="00697D55" w:rsidRPr="001C5E2C" w:rsidRDefault="00B42CEA" w:rsidP="00581D9D">
      <w:pP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sz w:val="22"/>
          <w:lang w:val="sk-SK"/>
        </w:rPr>
        <w:t>D</w:t>
      </w:r>
      <w:r w:rsidR="00697D55" w:rsidRPr="001C5E2C">
        <w:rPr>
          <w:rFonts w:cs="Arial"/>
          <w:sz w:val="22"/>
          <w:lang w:val="sk-SK"/>
        </w:rPr>
        <w:t>átum narodenia</w:t>
      </w:r>
      <w:r w:rsidRPr="001C5E2C">
        <w:rPr>
          <w:rFonts w:cs="Arial"/>
          <w:sz w:val="22"/>
          <w:lang w:val="sk-SK"/>
        </w:rPr>
        <w:t>: ........................................................................................................................</w:t>
      </w:r>
      <w:r w:rsidR="005005BF">
        <w:rPr>
          <w:rFonts w:cs="Arial"/>
          <w:sz w:val="22"/>
          <w:lang w:val="sk-SK"/>
        </w:rPr>
        <w:t>.......</w:t>
      </w:r>
      <w:r w:rsidRPr="001C5E2C">
        <w:rPr>
          <w:rFonts w:cs="Arial"/>
          <w:sz w:val="22"/>
          <w:lang w:val="sk-SK"/>
        </w:rPr>
        <w:t>...................</w:t>
      </w:r>
    </w:p>
    <w:p w14:paraId="6A9F6A77" w14:textId="1CE5B6A4" w:rsidR="00697D55" w:rsidRPr="001C5E2C" w:rsidRDefault="00B42CEA" w:rsidP="00581D9D">
      <w:pP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sz w:val="22"/>
          <w:lang w:val="sk-SK"/>
        </w:rPr>
        <w:t>Š</w:t>
      </w:r>
      <w:r w:rsidR="00697D55" w:rsidRPr="001C5E2C">
        <w:rPr>
          <w:rFonts w:cs="Arial"/>
          <w:sz w:val="22"/>
          <w:lang w:val="sk-SK"/>
        </w:rPr>
        <w:t>kolský</w:t>
      </w:r>
      <w:r w:rsidR="004F6E68">
        <w:rPr>
          <w:rFonts w:cs="Arial"/>
          <w:sz w:val="22"/>
          <w:lang w:val="sk-SK"/>
        </w:rPr>
        <w:t xml:space="preserve"> </w:t>
      </w:r>
      <w:r w:rsidR="00697D55" w:rsidRPr="001C5E2C">
        <w:rPr>
          <w:rFonts w:cs="Arial"/>
          <w:sz w:val="22"/>
          <w:lang w:val="sk-SK"/>
        </w:rPr>
        <w:t>rok</w:t>
      </w:r>
      <w:r w:rsidR="004F6E68">
        <w:rPr>
          <w:rFonts w:cs="Arial"/>
          <w:sz w:val="22"/>
          <w:lang w:val="sk-SK"/>
        </w:rPr>
        <w:t>/trieda</w:t>
      </w:r>
      <w:r w:rsidRPr="001C5E2C">
        <w:rPr>
          <w:rFonts w:cs="Arial"/>
          <w:sz w:val="22"/>
          <w:lang w:val="sk-SK"/>
        </w:rPr>
        <w:t>:.....................................................................................................................</w:t>
      </w:r>
      <w:r w:rsidR="005005BF">
        <w:rPr>
          <w:rFonts w:cs="Arial"/>
          <w:sz w:val="22"/>
          <w:lang w:val="sk-SK"/>
        </w:rPr>
        <w:t>.......</w:t>
      </w:r>
      <w:r w:rsidRPr="001C5E2C">
        <w:rPr>
          <w:rFonts w:cs="Arial"/>
          <w:sz w:val="22"/>
          <w:lang w:val="sk-SK"/>
        </w:rPr>
        <w:t>....................</w:t>
      </w:r>
      <w:r w:rsidR="008F294B">
        <w:rPr>
          <w:rFonts w:cs="Arial"/>
          <w:sz w:val="22"/>
          <w:lang w:val="sk-SK"/>
        </w:rPr>
        <w:t>..</w:t>
      </w:r>
    </w:p>
    <w:p w14:paraId="00C454BD" w14:textId="373AAA96" w:rsidR="00697D55" w:rsidRPr="001C5E2C" w:rsidRDefault="00B42CEA" w:rsidP="00581D9D">
      <w:pP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sz w:val="22"/>
          <w:lang w:val="sk-SK"/>
        </w:rPr>
        <w:t>N</w:t>
      </w:r>
      <w:r w:rsidR="00697D55" w:rsidRPr="001C5E2C">
        <w:rPr>
          <w:rFonts w:cs="Arial"/>
          <w:sz w:val="22"/>
          <w:lang w:val="sk-SK"/>
        </w:rPr>
        <w:t>ázov školy</w:t>
      </w:r>
      <w:r w:rsidRPr="001C5E2C">
        <w:rPr>
          <w:rFonts w:cs="Arial"/>
          <w:sz w:val="22"/>
          <w:lang w:val="sk-SK"/>
        </w:rPr>
        <w:t>: .......................................................................................................................</w:t>
      </w:r>
      <w:r w:rsidR="005005BF">
        <w:rPr>
          <w:rFonts w:cs="Arial"/>
          <w:sz w:val="22"/>
          <w:lang w:val="sk-SK"/>
        </w:rPr>
        <w:t>......</w:t>
      </w:r>
      <w:r w:rsidRPr="001C5E2C">
        <w:rPr>
          <w:rFonts w:cs="Arial"/>
          <w:sz w:val="22"/>
          <w:lang w:val="sk-SK"/>
        </w:rPr>
        <w:t>.............................</w:t>
      </w:r>
      <w:r w:rsidR="00697D55" w:rsidRPr="001C5E2C">
        <w:rPr>
          <w:rFonts w:cs="Arial"/>
          <w:sz w:val="22"/>
          <w:lang w:val="sk-SK"/>
        </w:rPr>
        <w:t xml:space="preserve"> </w:t>
      </w:r>
    </w:p>
    <w:p w14:paraId="06F393A8" w14:textId="6F537B89" w:rsidR="00697D55" w:rsidRPr="001C5E2C" w:rsidRDefault="00B42CEA" w:rsidP="00581D9D">
      <w:pP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sz w:val="22"/>
          <w:lang w:val="sk-SK"/>
        </w:rPr>
        <w:t>T</w:t>
      </w:r>
      <w:r w:rsidR="00697D55" w:rsidRPr="001C5E2C">
        <w:rPr>
          <w:rFonts w:cs="Arial"/>
          <w:sz w:val="22"/>
          <w:lang w:val="sk-SK"/>
        </w:rPr>
        <w:t>riedny učiteľ/učiteľka</w:t>
      </w:r>
      <w:r w:rsidR="007A5E9B">
        <w:rPr>
          <w:rFonts w:cs="Arial"/>
          <w:sz w:val="22"/>
          <w:lang w:val="sk-SK"/>
        </w:rPr>
        <w:t>, kontakt</w:t>
      </w:r>
      <w:r w:rsidRPr="001C5E2C">
        <w:rPr>
          <w:rFonts w:cs="Arial"/>
          <w:sz w:val="22"/>
          <w:lang w:val="sk-SK"/>
        </w:rPr>
        <w:t>:</w:t>
      </w:r>
      <w:r w:rsidR="007A5E9B">
        <w:rPr>
          <w:rFonts w:cs="Arial"/>
          <w:sz w:val="22"/>
          <w:lang w:val="sk-SK"/>
        </w:rPr>
        <w:t xml:space="preserve"> .</w:t>
      </w:r>
      <w:r w:rsidRPr="001C5E2C">
        <w:rPr>
          <w:rFonts w:cs="Arial"/>
          <w:sz w:val="22"/>
          <w:lang w:val="sk-SK"/>
        </w:rPr>
        <w:t>..........................................................................................</w:t>
      </w:r>
      <w:r w:rsidR="005005BF">
        <w:rPr>
          <w:rFonts w:cs="Arial"/>
          <w:sz w:val="22"/>
          <w:lang w:val="sk-SK"/>
        </w:rPr>
        <w:t>......</w:t>
      </w:r>
      <w:r w:rsidRPr="001C5E2C">
        <w:rPr>
          <w:rFonts w:cs="Arial"/>
          <w:sz w:val="22"/>
          <w:lang w:val="sk-SK"/>
        </w:rPr>
        <w:t>............................</w:t>
      </w:r>
      <w:r w:rsidR="00697D55" w:rsidRPr="001C5E2C">
        <w:rPr>
          <w:rFonts w:cs="Arial"/>
          <w:sz w:val="22"/>
          <w:lang w:val="sk-SK"/>
        </w:rPr>
        <w:t xml:space="preserve"> </w:t>
      </w:r>
    </w:p>
    <w:p w14:paraId="72323070" w14:textId="77777777" w:rsidR="004F6E68" w:rsidRDefault="00B42CEA" w:rsidP="00581D9D">
      <w:pP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sz w:val="22"/>
          <w:lang w:val="sk-SK"/>
        </w:rPr>
        <w:t>D</w:t>
      </w:r>
      <w:r w:rsidR="00697D55" w:rsidRPr="001C5E2C">
        <w:rPr>
          <w:rFonts w:cs="Arial"/>
          <w:sz w:val="22"/>
          <w:lang w:val="sk-SK"/>
        </w:rPr>
        <w:t>ĺžka vzdelávania na aktuálnej ško</w:t>
      </w:r>
      <w:r w:rsidR="004F6E68">
        <w:rPr>
          <w:rFonts w:cs="Arial"/>
          <w:sz w:val="22"/>
          <w:lang w:val="sk-SK"/>
        </w:rPr>
        <w:t>le</w:t>
      </w:r>
      <w:r w:rsidRPr="001C5E2C">
        <w:rPr>
          <w:rFonts w:cs="Arial"/>
          <w:sz w:val="22"/>
          <w:lang w:val="sk-SK"/>
        </w:rPr>
        <w:t>: ....................................................................................</w:t>
      </w:r>
      <w:r w:rsidR="005005BF">
        <w:rPr>
          <w:rFonts w:cs="Arial"/>
          <w:sz w:val="22"/>
          <w:lang w:val="sk-SK"/>
        </w:rPr>
        <w:t>......</w:t>
      </w:r>
      <w:r w:rsidRPr="001C5E2C">
        <w:rPr>
          <w:rFonts w:cs="Arial"/>
          <w:sz w:val="22"/>
          <w:lang w:val="sk-SK"/>
        </w:rPr>
        <w:t>.........................</w:t>
      </w:r>
    </w:p>
    <w:p w14:paraId="497441F7" w14:textId="339C692D" w:rsidR="00697D55" w:rsidRPr="004F6E68" w:rsidRDefault="004F6E68" w:rsidP="00581D9D">
      <w:pPr>
        <w:spacing w:after="0" w:line="360" w:lineRule="auto"/>
        <w:rPr>
          <w:rFonts w:cs="Arial"/>
          <w:sz w:val="22"/>
          <w:lang w:val="sk-SK"/>
        </w:rPr>
      </w:pPr>
      <w:r w:rsidRPr="008F294B">
        <w:rPr>
          <w:rFonts w:cs="Arial"/>
          <w:sz w:val="22"/>
          <w:lang w:val="sk-SK"/>
        </w:rPr>
        <w:t>Informácia o prestupe, preradení, prerušení dochádzky</w:t>
      </w:r>
      <w:r w:rsidRPr="004F6E68">
        <w:rPr>
          <w:bCs/>
        </w:rPr>
        <w:t>:</w:t>
      </w:r>
      <w:r w:rsidRPr="004F6E68">
        <w:t>...............................................................................................</w:t>
      </w:r>
      <w:r w:rsidR="008F294B">
        <w:t>.</w:t>
      </w:r>
    </w:p>
    <w:p w14:paraId="424B0EBE" w14:textId="13A3A67D" w:rsidR="00697D55" w:rsidRPr="001C5E2C" w:rsidRDefault="005A007F" w:rsidP="00581D9D">
      <w:pPr>
        <w:pStyle w:val="Nadpis2"/>
        <w:spacing w:line="360" w:lineRule="auto"/>
        <w:rPr>
          <w:rFonts w:ascii="Arial" w:hAnsi="Arial" w:cs="Arial"/>
          <w:sz w:val="22"/>
          <w:szCs w:val="22"/>
          <w:lang w:val="sk-SK"/>
        </w:rPr>
      </w:pPr>
      <w:r w:rsidRPr="001C5E2C">
        <w:rPr>
          <w:rFonts w:ascii="Arial" w:hAnsi="Arial" w:cs="Arial"/>
          <w:sz w:val="22"/>
          <w:szCs w:val="22"/>
          <w:lang w:val="sk-SK"/>
        </w:rPr>
        <w:t xml:space="preserve">2. </w:t>
      </w:r>
      <w:r w:rsidR="00697D55" w:rsidRPr="001C5E2C">
        <w:rPr>
          <w:rFonts w:ascii="Arial" w:hAnsi="Arial" w:cs="Arial"/>
          <w:sz w:val="22"/>
          <w:szCs w:val="22"/>
          <w:lang w:val="sk-SK"/>
        </w:rPr>
        <w:t>DÔVOD ODBORNÉHO VYŠETRENIA V CPP</w:t>
      </w:r>
    </w:p>
    <w:p w14:paraId="28E71E3E" w14:textId="236C23A8" w:rsidR="00697D55" w:rsidRPr="001C5E2C" w:rsidRDefault="00697D55" w:rsidP="00581D9D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1C5E2C">
        <w:rPr>
          <w:rFonts w:eastAsia="Times New Roman" w:cs="Arial"/>
          <w:sz w:val="22"/>
          <w:lang w:val="sk-SK" w:eastAsia="sk-SK"/>
        </w:rPr>
        <w:t>Čo je dôvodom vyšetrenia?</w:t>
      </w:r>
      <w:r w:rsidR="005A007F" w:rsidRPr="001C5E2C">
        <w:rPr>
          <w:rFonts w:eastAsia="Times New Roman" w:cs="Arial"/>
          <w:sz w:val="22"/>
          <w:lang w:val="sk-SK" w:eastAsia="sk-SK"/>
        </w:rPr>
        <w:t xml:space="preserve"> .............................................</w:t>
      </w:r>
      <w:r w:rsidR="006B211E" w:rsidRPr="001C5E2C">
        <w:rPr>
          <w:rFonts w:eastAsia="Times New Roman" w:cs="Arial"/>
          <w:sz w:val="22"/>
          <w:lang w:val="sk-SK" w:eastAsia="sk-SK"/>
        </w:rPr>
        <w:t>.............................................................</w:t>
      </w:r>
      <w:r w:rsidR="005005BF">
        <w:rPr>
          <w:rFonts w:eastAsia="Times New Roman" w:cs="Arial"/>
          <w:sz w:val="22"/>
          <w:lang w:val="sk-SK" w:eastAsia="sk-SK"/>
        </w:rPr>
        <w:t>.....</w:t>
      </w:r>
      <w:r w:rsidR="006B211E" w:rsidRPr="001C5E2C">
        <w:rPr>
          <w:rFonts w:eastAsia="Times New Roman" w:cs="Arial"/>
          <w:sz w:val="22"/>
          <w:lang w:val="sk-SK" w:eastAsia="sk-SK"/>
        </w:rPr>
        <w:t>....................</w:t>
      </w:r>
      <w:r w:rsidRPr="001C5E2C">
        <w:rPr>
          <w:rFonts w:eastAsia="Times New Roman" w:cs="Arial"/>
          <w:sz w:val="22"/>
          <w:lang w:val="sk-SK" w:eastAsia="sk-SK"/>
        </w:rPr>
        <w:t xml:space="preserve"> </w:t>
      </w:r>
    </w:p>
    <w:p w14:paraId="458008A4" w14:textId="256A03B3" w:rsidR="00697D55" w:rsidRPr="001C5E2C" w:rsidRDefault="00697D55" w:rsidP="00581D9D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1C5E2C">
        <w:rPr>
          <w:rFonts w:eastAsia="Times New Roman" w:cs="Arial"/>
          <w:sz w:val="22"/>
          <w:lang w:val="sk-SK" w:eastAsia="sk-SK"/>
        </w:rPr>
        <w:t>Aké konkrétne ťažkosti škola pozoruje?</w:t>
      </w:r>
      <w:r w:rsidR="006B211E" w:rsidRPr="001C5E2C">
        <w:rPr>
          <w:rFonts w:eastAsia="Times New Roman" w:cs="Arial"/>
          <w:sz w:val="22"/>
          <w:lang w:val="sk-SK" w:eastAsia="sk-SK"/>
        </w:rPr>
        <w:t xml:space="preserve"> ......................................................................................</w:t>
      </w:r>
      <w:r w:rsidR="005005BF">
        <w:rPr>
          <w:rFonts w:eastAsia="Times New Roman" w:cs="Arial"/>
          <w:sz w:val="22"/>
          <w:lang w:val="sk-SK" w:eastAsia="sk-SK"/>
        </w:rPr>
        <w:t>.....</w:t>
      </w:r>
      <w:r w:rsidR="006B211E" w:rsidRPr="001C5E2C">
        <w:rPr>
          <w:rFonts w:eastAsia="Times New Roman" w:cs="Arial"/>
          <w:sz w:val="22"/>
          <w:lang w:val="sk-SK" w:eastAsia="sk-SK"/>
        </w:rPr>
        <w:t>.....................</w:t>
      </w:r>
    </w:p>
    <w:p w14:paraId="5BD85D6F" w14:textId="7B1A54C3" w:rsidR="00697D55" w:rsidRPr="001C5E2C" w:rsidRDefault="00697D55" w:rsidP="00581D9D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1C5E2C">
        <w:rPr>
          <w:rFonts w:eastAsia="Times New Roman" w:cs="Arial"/>
          <w:sz w:val="22"/>
          <w:lang w:val="sk-SK" w:eastAsia="sk-SK"/>
        </w:rPr>
        <w:t xml:space="preserve">Odkedy ich pozoruje? </w:t>
      </w:r>
      <w:r w:rsidR="006B211E" w:rsidRPr="001C5E2C">
        <w:rPr>
          <w:rFonts w:eastAsia="Times New Roman" w:cs="Arial"/>
          <w:sz w:val="22"/>
          <w:lang w:val="sk-SK" w:eastAsia="sk-SK"/>
        </w:rPr>
        <w:t>..................................................................................................................</w:t>
      </w:r>
      <w:r w:rsidR="005005BF">
        <w:rPr>
          <w:rFonts w:eastAsia="Times New Roman" w:cs="Arial"/>
          <w:sz w:val="22"/>
          <w:lang w:val="sk-SK" w:eastAsia="sk-SK"/>
        </w:rPr>
        <w:t>.....</w:t>
      </w:r>
      <w:r w:rsidR="006B211E" w:rsidRPr="001C5E2C">
        <w:rPr>
          <w:rFonts w:eastAsia="Times New Roman" w:cs="Arial"/>
          <w:sz w:val="22"/>
          <w:lang w:val="sk-SK" w:eastAsia="sk-SK"/>
        </w:rPr>
        <w:t>.....................</w:t>
      </w:r>
    </w:p>
    <w:p w14:paraId="16854DB5" w14:textId="23B38450" w:rsidR="00697D55" w:rsidRPr="001C5E2C" w:rsidRDefault="00697D55" w:rsidP="00581D9D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1C5E2C">
        <w:rPr>
          <w:rFonts w:eastAsia="Times New Roman" w:cs="Arial"/>
          <w:sz w:val="22"/>
          <w:lang w:val="sk-SK" w:eastAsia="sk-SK"/>
        </w:rPr>
        <w:t xml:space="preserve">V ktorých oblastiach sa </w:t>
      </w:r>
      <w:r w:rsidR="005A007F" w:rsidRPr="001C5E2C">
        <w:rPr>
          <w:rFonts w:eastAsia="Times New Roman" w:cs="Arial"/>
          <w:sz w:val="22"/>
          <w:lang w:val="sk-SK" w:eastAsia="sk-SK"/>
        </w:rPr>
        <w:t xml:space="preserve">ťažkosti </w:t>
      </w:r>
      <w:r w:rsidRPr="001C5E2C">
        <w:rPr>
          <w:rFonts w:eastAsia="Times New Roman" w:cs="Arial"/>
          <w:sz w:val="22"/>
          <w:lang w:val="sk-SK" w:eastAsia="sk-SK"/>
        </w:rPr>
        <w:t xml:space="preserve">prejavujú? </w:t>
      </w:r>
      <w:r w:rsidR="006B211E" w:rsidRPr="001C5E2C">
        <w:rPr>
          <w:rFonts w:eastAsia="Times New Roman" w:cs="Arial"/>
          <w:sz w:val="22"/>
          <w:lang w:val="sk-SK" w:eastAsia="sk-SK"/>
        </w:rPr>
        <w:t>..............................................................................</w:t>
      </w:r>
      <w:r w:rsidR="005005BF">
        <w:rPr>
          <w:rFonts w:eastAsia="Times New Roman" w:cs="Arial"/>
          <w:sz w:val="22"/>
          <w:lang w:val="sk-SK" w:eastAsia="sk-SK"/>
        </w:rPr>
        <w:t>.....</w:t>
      </w:r>
      <w:r w:rsidR="006B211E" w:rsidRPr="001C5E2C">
        <w:rPr>
          <w:rFonts w:eastAsia="Times New Roman" w:cs="Arial"/>
          <w:sz w:val="22"/>
          <w:lang w:val="sk-SK" w:eastAsia="sk-SK"/>
        </w:rPr>
        <w:t>........................</w:t>
      </w:r>
    </w:p>
    <w:p w14:paraId="15CA7191" w14:textId="3CE70215" w:rsidR="00D57FA2" w:rsidRDefault="004F6E68" w:rsidP="008F294B">
      <w:pPr>
        <w:spacing w:line="240" w:lineRule="auto"/>
        <w:rPr>
          <w:rFonts w:eastAsia="Times New Roman" w:cs="Arial"/>
          <w:sz w:val="22"/>
          <w:lang w:val="sk-SK" w:eastAsia="sk-SK"/>
        </w:rPr>
      </w:pPr>
      <w:r w:rsidRPr="008F294B">
        <w:rPr>
          <w:rFonts w:eastAsia="Times New Roman" w:cs="Arial"/>
          <w:sz w:val="22"/>
          <w:lang w:val="sk-SK" w:eastAsia="sk-SK"/>
        </w:rPr>
        <w:t xml:space="preserve">Ako </w:t>
      </w:r>
      <w:r w:rsidR="008F294B">
        <w:rPr>
          <w:rFonts w:eastAsia="Times New Roman" w:cs="Arial"/>
          <w:sz w:val="22"/>
          <w:lang w:val="sk-SK" w:eastAsia="sk-SK"/>
        </w:rPr>
        <w:t xml:space="preserve">tieto ťažkosti </w:t>
      </w:r>
      <w:r w:rsidRPr="008F294B">
        <w:rPr>
          <w:rFonts w:eastAsia="Times New Roman" w:cs="Arial"/>
          <w:sz w:val="22"/>
          <w:lang w:val="sk-SK" w:eastAsia="sk-SK"/>
        </w:rPr>
        <w:t xml:space="preserve">ovplyvňujú fungovanie dieťaťa v MŠ, </w:t>
      </w:r>
      <w:r w:rsidR="008F294B">
        <w:rPr>
          <w:rFonts w:eastAsia="Times New Roman" w:cs="Arial"/>
          <w:sz w:val="22"/>
          <w:lang w:val="sk-SK" w:eastAsia="sk-SK"/>
        </w:rPr>
        <w:t>hr</w:t>
      </w:r>
      <w:r w:rsidRPr="008F294B">
        <w:rPr>
          <w:rFonts w:eastAsia="Times New Roman" w:cs="Arial"/>
          <w:sz w:val="22"/>
          <w:lang w:val="sk-SK" w:eastAsia="sk-SK"/>
        </w:rPr>
        <w:t>u, komunikáciu, učenie  a vzťahy?</w:t>
      </w:r>
      <w:r w:rsidR="006B211E" w:rsidRPr="001C5E2C">
        <w:rPr>
          <w:rFonts w:eastAsia="Times New Roman" w:cs="Arial"/>
          <w:sz w:val="22"/>
          <w:lang w:val="sk-SK" w:eastAsia="sk-SK"/>
        </w:rPr>
        <w:t>.............................</w:t>
      </w:r>
      <w:r w:rsidR="008F294B">
        <w:rPr>
          <w:rFonts w:eastAsia="Times New Roman" w:cs="Arial"/>
          <w:sz w:val="22"/>
          <w:lang w:val="sk-SK" w:eastAsia="sk-SK"/>
        </w:rPr>
        <w:t>.</w:t>
      </w:r>
    </w:p>
    <w:p w14:paraId="0547AFBB" w14:textId="66D26C79" w:rsidR="008F294B" w:rsidRPr="001C5E2C" w:rsidRDefault="008F294B" w:rsidP="008F294B">
      <w:pPr>
        <w:spacing w:line="240" w:lineRule="auto"/>
        <w:rPr>
          <w:rFonts w:eastAsia="Times New Roman" w:cs="Arial"/>
          <w:sz w:val="22"/>
          <w:lang w:val="sk-SK" w:eastAsia="sk-SK"/>
        </w:rPr>
      </w:pPr>
      <w:r>
        <w:rPr>
          <w:rFonts w:eastAsia="Times New Roman" w:cs="Arial"/>
          <w:sz w:val="22"/>
          <w:lang w:val="sk-SK" w:eastAsia="sk-SK"/>
        </w:rPr>
        <w:t>................................................................................................................................................................................</w:t>
      </w:r>
    </w:p>
    <w:p w14:paraId="57C61197" w14:textId="4FA04C99" w:rsidR="00D57FA2" w:rsidRPr="001C5E2C" w:rsidRDefault="00D57FA2" w:rsidP="00581D9D">
      <w:pPr>
        <w:pStyle w:val="Nadpis2"/>
        <w:spacing w:before="0" w:line="360" w:lineRule="auto"/>
        <w:rPr>
          <w:rFonts w:ascii="Arial" w:hAnsi="Arial" w:cs="Arial"/>
          <w:sz w:val="22"/>
          <w:szCs w:val="22"/>
          <w:lang w:val="sk-SK"/>
        </w:rPr>
      </w:pPr>
      <w:r w:rsidRPr="001C5E2C">
        <w:rPr>
          <w:rFonts w:ascii="Arial" w:hAnsi="Arial" w:cs="Arial"/>
          <w:sz w:val="22"/>
          <w:szCs w:val="22"/>
          <w:lang w:val="sk-SK"/>
        </w:rPr>
        <w:t xml:space="preserve">3. VÝCHOVNO-VZDELÁVACÍ PROFIL </w:t>
      </w:r>
      <w:r w:rsidR="008F294B">
        <w:rPr>
          <w:rFonts w:ascii="Arial" w:hAnsi="Arial" w:cs="Arial"/>
          <w:sz w:val="22"/>
          <w:szCs w:val="22"/>
          <w:lang w:val="sk-SK"/>
        </w:rPr>
        <w:t>DIEŤAŤA</w:t>
      </w:r>
    </w:p>
    <w:p w14:paraId="70CA6E17" w14:textId="77777777" w:rsidR="004F6E68" w:rsidRPr="005F17C7" w:rsidRDefault="004F6E68" w:rsidP="008F294B">
      <w:pPr>
        <w:pStyle w:val="Nadpis3"/>
        <w:rPr>
          <w:rFonts w:ascii="Arial" w:hAnsi="Arial" w:cs="Arial"/>
          <w:lang w:val="sk-SK" w:eastAsia="sk-SK"/>
        </w:rPr>
      </w:pPr>
      <w:r w:rsidRPr="005F17C7">
        <w:rPr>
          <w:rFonts w:ascii="Arial" w:hAnsi="Arial" w:cs="Arial"/>
          <w:lang w:val="sk-SK" w:eastAsia="sk-SK"/>
        </w:rPr>
        <w:t>3.1 Adaptácia, samostatnosť a fungovanie v režime MŠ</w:t>
      </w:r>
    </w:p>
    <w:p w14:paraId="70CA1A2F" w14:textId="73D45FD6" w:rsidR="004F6E68" w:rsidRP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>Adaptácia na prostredie MŠ, odlúčenie od rodiča:...........................................................</w:t>
      </w:r>
      <w:r w:rsidR="00F97425">
        <w:rPr>
          <w:rFonts w:eastAsia="Times New Roman" w:cs="Arial"/>
          <w:sz w:val="22"/>
          <w:lang w:val="sk-SK" w:eastAsia="sk-SK"/>
        </w:rPr>
        <w:t>......................................</w:t>
      </w:r>
    </w:p>
    <w:p w14:paraId="14D37F44" w14:textId="7AC1471E" w:rsidR="004F6E68" w:rsidRP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>Orientácia v dennom režime a prechody medzi činnosťami:......................................................................</w:t>
      </w:r>
      <w:r w:rsidR="00F97425">
        <w:rPr>
          <w:rFonts w:eastAsia="Times New Roman" w:cs="Arial"/>
          <w:sz w:val="22"/>
          <w:lang w:val="sk-SK" w:eastAsia="sk-SK"/>
        </w:rPr>
        <w:t>...........</w:t>
      </w:r>
    </w:p>
    <w:p w14:paraId="176A68C2" w14:textId="68F54CDE" w:rsid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>Samostatnosť a sebaobslužné činnosti (obliekanie, hygiena, stravovanie, upratovanie):.........................</w:t>
      </w:r>
      <w:r w:rsidR="00F97425">
        <w:rPr>
          <w:rFonts w:eastAsia="Times New Roman" w:cs="Arial"/>
          <w:sz w:val="22"/>
          <w:lang w:val="sk-SK" w:eastAsia="sk-SK"/>
        </w:rPr>
        <w:t>.............</w:t>
      </w:r>
    </w:p>
    <w:p w14:paraId="2592D16B" w14:textId="540382E9" w:rsidR="00F97425" w:rsidRPr="004F6E68" w:rsidRDefault="00F97425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>
        <w:rPr>
          <w:rFonts w:eastAsia="Times New Roman" w:cs="Arial"/>
          <w:sz w:val="22"/>
          <w:lang w:val="sk-SK" w:eastAsia="sk-SK"/>
        </w:rPr>
        <w:t>................................................................................................................................................................................</w:t>
      </w:r>
    </w:p>
    <w:p w14:paraId="369373F1" w14:textId="43E6E0FA" w:rsidR="004F6E68" w:rsidRP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>Pracovné tempo, vytrvalosť a dokončenie činnosti:.............................................................................................</w:t>
      </w:r>
      <w:r w:rsidR="00F97425">
        <w:rPr>
          <w:rFonts w:eastAsia="Times New Roman" w:cs="Arial"/>
          <w:sz w:val="22"/>
          <w:lang w:val="sk-SK" w:eastAsia="sk-SK"/>
        </w:rPr>
        <w:t>..</w:t>
      </w:r>
    </w:p>
    <w:p w14:paraId="42757CEC" w14:textId="1B831EFE" w:rsidR="004F6E68" w:rsidRP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>Potreba vedenia, názoru, názornosti alebo individuálnej podpory:........................................................................</w:t>
      </w:r>
    </w:p>
    <w:p w14:paraId="4642E50F" w14:textId="77777777" w:rsidR="004F6E68" w:rsidRPr="005F17C7" w:rsidRDefault="004F6E68" w:rsidP="00F97425">
      <w:pPr>
        <w:pStyle w:val="Nadpis3"/>
        <w:rPr>
          <w:rFonts w:ascii="Arial" w:hAnsi="Arial" w:cs="Arial"/>
          <w:lang w:val="sk-SK" w:eastAsia="sk-SK"/>
        </w:rPr>
      </w:pPr>
      <w:r w:rsidRPr="005F17C7">
        <w:rPr>
          <w:rFonts w:ascii="Arial" w:hAnsi="Arial" w:cs="Arial"/>
          <w:lang w:val="sk-SK" w:eastAsia="sk-SK"/>
        </w:rPr>
        <w:t>3.2 Pozornosť, učenie a pamäť</w:t>
      </w:r>
    </w:p>
    <w:p w14:paraId="1840BF3E" w14:textId="02055FD5" w:rsidR="004F6E68" w:rsidRP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>Schopnosť sústrediť sa na činnosť primeranú veku:.....................................................................................</w:t>
      </w:r>
      <w:r w:rsidR="00F97425">
        <w:rPr>
          <w:rFonts w:eastAsia="Times New Roman" w:cs="Arial"/>
          <w:sz w:val="22"/>
          <w:lang w:val="sk-SK" w:eastAsia="sk-SK"/>
        </w:rPr>
        <w:t>........</w:t>
      </w:r>
    </w:p>
    <w:p w14:paraId="10A7F6E1" w14:textId="166BF87C" w:rsidR="004F6E68" w:rsidRP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 xml:space="preserve">Kolísanie pozornosti / </w:t>
      </w:r>
      <w:proofErr w:type="spellStart"/>
      <w:r w:rsidRPr="004F6E68">
        <w:rPr>
          <w:rFonts w:eastAsia="Times New Roman" w:cs="Arial"/>
          <w:sz w:val="22"/>
          <w:lang w:val="sk-SK" w:eastAsia="sk-SK"/>
        </w:rPr>
        <w:t>odkloniteľnosť</w:t>
      </w:r>
      <w:proofErr w:type="spellEnd"/>
      <w:r w:rsidRPr="004F6E68">
        <w:rPr>
          <w:rFonts w:eastAsia="Times New Roman" w:cs="Arial"/>
          <w:sz w:val="22"/>
          <w:lang w:val="sk-SK" w:eastAsia="sk-SK"/>
        </w:rPr>
        <w:t xml:space="preserve"> podnetmi:...............................................................................</w:t>
      </w:r>
      <w:r w:rsidR="00F97425">
        <w:rPr>
          <w:rFonts w:eastAsia="Times New Roman" w:cs="Arial"/>
          <w:sz w:val="22"/>
          <w:lang w:val="sk-SK" w:eastAsia="sk-SK"/>
        </w:rPr>
        <w:t>.....................</w:t>
      </w:r>
    </w:p>
    <w:p w14:paraId="7E99C5E8" w14:textId="70B9ECD3" w:rsidR="004F6E68" w:rsidRP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>Impulzivita a potreba pohybu:......................................................................................................</w:t>
      </w:r>
      <w:r w:rsidR="00F97425">
        <w:rPr>
          <w:rFonts w:eastAsia="Times New Roman" w:cs="Arial"/>
          <w:sz w:val="22"/>
          <w:lang w:val="sk-SK" w:eastAsia="sk-SK"/>
        </w:rPr>
        <w:t>..........................</w:t>
      </w:r>
    </w:p>
    <w:p w14:paraId="7942D8DD" w14:textId="0039A34F" w:rsidR="004F6E68" w:rsidRP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>Schopnosť riadiť sa jednoduchými a viacstupňovými pokynmi:......................................................................</w:t>
      </w:r>
      <w:r w:rsidR="00F97425">
        <w:rPr>
          <w:rFonts w:eastAsia="Times New Roman" w:cs="Arial"/>
          <w:sz w:val="22"/>
          <w:lang w:val="sk-SK" w:eastAsia="sk-SK"/>
        </w:rPr>
        <w:t>...</w:t>
      </w:r>
      <w:r w:rsidR="005F17C7">
        <w:rPr>
          <w:rFonts w:eastAsia="Times New Roman" w:cs="Arial"/>
          <w:sz w:val="22"/>
          <w:lang w:val="sk-SK" w:eastAsia="sk-SK"/>
        </w:rPr>
        <w:t>.</w:t>
      </w:r>
      <w:r w:rsidR="00F97425">
        <w:rPr>
          <w:rFonts w:eastAsia="Times New Roman" w:cs="Arial"/>
          <w:sz w:val="22"/>
          <w:lang w:val="sk-SK" w:eastAsia="sk-SK"/>
        </w:rPr>
        <w:t>..</w:t>
      </w:r>
    </w:p>
    <w:p w14:paraId="068DB619" w14:textId="3E3ACED0" w:rsidR="004F6E68" w:rsidRP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>Potreba opakovania, názornosti alebo individuálneho vedenia:.....................................................................</w:t>
      </w:r>
      <w:r w:rsidR="005F17C7">
        <w:rPr>
          <w:rFonts w:eastAsia="Times New Roman" w:cs="Arial"/>
          <w:sz w:val="22"/>
          <w:lang w:val="sk-SK" w:eastAsia="sk-SK"/>
        </w:rPr>
        <w:t>.</w:t>
      </w:r>
      <w:r w:rsidR="00F97425">
        <w:rPr>
          <w:rFonts w:eastAsia="Times New Roman" w:cs="Arial"/>
          <w:sz w:val="22"/>
          <w:lang w:val="sk-SK" w:eastAsia="sk-SK"/>
        </w:rPr>
        <w:t>.....</w:t>
      </w:r>
    </w:p>
    <w:p w14:paraId="6EB53A9C" w14:textId="711CD57B" w:rsidR="004F6E68" w:rsidRP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>Zapamätanie a vybavenie si informácií, postupov a pravidiel:........................................................................</w:t>
      </w:r>
      <w:r w:rsidR="005F17C7">
        <w:rPr>
          <w:rFonts w:eastAsia="Times New Roman" w:cs="Arial"/>
          <w:sz w:val="22"/>
          <w:lang w:val="sk-SK" w:eastAsia="sk-SK"/>
        </w:rPr>
        <w:t>.</w:t>
      </w:r>
      <w:r w:rsidRPr="004F6E68">
        <w:rPr>
          <w:rFonts w:eastAsia="Times New Roman" w:cs="Arial"/>
          <w:sz w:val="22"/>
          <w:lang w:val="sk-SK" w:eastAsia="sk-SK"/>
        </w:rPr>
        <w:t>....</w:t>
      </w:r>
    </w:p>
    <w:p w14:paraId="545EB6E5" w14:textId="77777777" w:rsidR="004F6E68" w:rsidRPr="005F17C7" w:rsidRDefault="004F6E68" w:rsidP="00040CFB">
      <w:pPr>
        <w:pStyle w:val="Nadpis3"/>
        <w:rPr>
          <w:rFonts w:ascii="Arial" w:hAnsi="Arial" w:cs="Arial"/>
          <w:lang w:val="sk-SK" w:eastAsia="sk-SK"/>
        </w:rPr>
      </w:pPr>
      <w:r w:rsidRPr="005F17C7">
        <w:rPr>
          <w:rFonts w:ascii="Arial" w:hAnsi="Arial" w:cs="Arial"/>
          <w:lang w:val="sk-SK" w:eastAsia="sk-SK"/>
        </w:rPr>
        <w:t>3.3 Správanie, sociálne a emocionálne fungovanie</w:t>
      </w:r>
    </w:p>
    <w:p w14:paraId="706D2827" w14:textId="7A36C8B1" w:rsidR="004F6E68" w:rsidRP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>Vzťah k dospelým:</w:t>
      </w:r>
      <w:r w:rsidR="00040CFB">
        <w:rPr>
          <w:rFonts w:eastAsia="Times New Roman" w:cs="Arial"/>
          <w:sz w:val="22"/>
          <w:lang w:val="sk-SK" w:eastAsia="sk-SK"/>
        </w:rPr>
        <w:t>.......</w:t>
      </w:r>
      <w:r w:rsidRPr="004F6E68">
        <w:rPr>
          <w:rFonts w:eastAsia="Times New Roman" w:cs="Arial"/>
          <w:sz w:val="22"/>
          <w:lang w:val="sk-SK" w:eastAsia="sk-SK"/>
        </w:rPr>
        <w:t>...................................................................................................................................</w:t>
      </w:r>
      <w:r w:rsidR="005F17C7">
        <w:rPr>
          <w:rFonts w:eastAsia="Times New Roman" w:cs="Arial"/>
          <w:sz w:val="22"/>
          <w:lang w:val="sk-SK" w:eastAsia="sk-SK"/>
        </w:rPr>
        <w:t>.</w:t>
      </w:r>
      <w:r w:rsidRPr="004F6E68">
        <w:rPr>
          <w:rFonts w:eastAsia="Times New Roman" w:cs="Arial"/>
          <w:sz w:val="22"/>
          <w:lang w:val="sk-SK" w:eastAsia="sk-SK"/>
        </w:rPr>
        <w:t>.....</w:t>
      </w:r>
    </w:p>
    <w:p w14:paraId="70235AFC" w14:textId="22BE15A1" w:rsidR="004F6E68" w:rsidRP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lastRenderedPageBreak/>
        <w:t>Vzťahy s deťmi, zapájanie do spoločnej hry:................................................................................................</w:t>
      </w:r>
      <w:r w:rsidR="005F17C7">
        <w:rPr>
          <w:rFonts w:eastAsia="Times New Roman" w:cs="Arial"/>
          <w:sz w:val="22"/>
          <w:lang w:val="sk-SK" w:eastAsia="sk-SK"/>
        </w:rPr>
        <w:t>.</w:t>
      </w:r>
      <w:r w:rsidRPr="004F6E68">
        <w:rPr>
          <w:rFonts w:eastAsia="Times New Roman" w:cs="Arial"/>
          <w:sz w:val="22"/>
          <w:lang w:val="sk-SK" w:eastAsia="sk-SK"/>
        </w:rPr>
        <w:t>......</w:t>
      </w:r>
      <w:r w:rsidR="00040CFB">
        <w:rPr>
          <w:rFonts w:eastAsia="Times New Roman" w:cs="Arial"/>
          <w:sz w:val="22"/>
          <w:lang w:val="sk-SK" w:eastAsia="sk-SK"/>
        </w:rPr>
        <w:t>.</w:t>
      </w:r>
    </w:p>
    <w:p w14:paraId="4E955188" w14:textId="0C807A40" w:rsidR="004F6E68" w:rsidRP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>Spolupráca, zdieľanie a striedanie:.............................................................................................................</w:t>
      </w:r>
      <w:r w:rsidR="00040CFB">
        <w:rPr>
          <w:rFonts w:eastAsia="Times New Roman" w:cs="Arial"/>
          <w:sz w:val="22"/>
          <w:lang w:val="sk-SK" w:eastAsia="sk-SK"/>
        </w:rPr>
        <w:t>........</w:t>
      </w:r>
    </w:p>
    <w:p w14:paraId="446FE4FF" w14:textId="7902C5B1" w:rsidR="004F6E68" w:rsidRP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>Dodržiavanie pravidiel a hraníc:...............................................................................................................</w:t>
      </w:r>
      <w:r w:rsidR="00040CFB">
        <w:rPr>
          <w:rFonts w:eastAsia="Times New Roman" w:cs="Arial"/>
          <w:sz w:val="22"/>
          <w:lang w:val="sk-SK" w:eastAsia="sk-SK"/>
        </w:rPr>
        <w:t>...........</w:t>
      </w:r>
    </w:p>
    <w:p w14:paraId="0659358E" w14:textId="0BCB8A26" w:rsidR="004F6E68" w:rsidRP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>Emočné reakcie, ich intenzita a dĺžka:..............................................................................................................</w:t>
      </w:r>
      <w:r w:rsidR="00040CFB">
        <w:rPr>
          <w:rFonts w:eastAsia="Times New Roman" w:cs="Arial"/>
          <w:sz w:val="22"/>
          <w:lang w:val="sk-SK" w:eastAsia="sk-SK"/>
        </w:rPr>
        <w:t>..</w:t>
      </w:r>
    </w:p>
    <w:p w14:paraId="6306384E" w14:textId="3DEDCA59" w:rsidR="004F6E68" w:rsidRP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>Zvládanie záťaže, frustrácie, zmien a neúspechu:.............................................................................................</w:t>
      </w:r>
    </w:p>
    <w:p w14:paraId="38547745" w14:textId="57F4FBF0" w:rsidR="004F6E68" w:rsidRP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proofErr w:type="spellStart"/>
      <w:r w:rsidRPr="004F6E68">
        <w:rPr>
          <w:rFonts w:eastAsia="Times New Roman" w:cs="Arial"/>
          <w:sz w:val="22"/>
          <w:lang w:val="sk-SK" w:eastAsia="sk-SK"/>
        </w:rPr>
        <w:t>Sebaorganizácia</w:t>
      </w:r>
      <w:proofErr w:type="spellEnd"/>
      <w:r w:rsidRPr="004F6E68">
        <w:rPr>
          <w:rFonts w:eastAsia="Times New Roman" w:cs="Arial"/>
          <w:sz w:val="22"/>
          <w:lang w:val="sk-SK" w:eastAsia="sk-SK"/>
        </w:rPr>
        <w:t xml:space="preserve"> a samoregulácia:.........................................................................................................</w:t>
      </w:r>
      <w:r w:rsidR="00040CFB">
        <w:rPr>
          <w:rFonts w:eastAsia="Times New Roman" w:cs="Arial"/>
          <w:sz w:val="22"/>
          <w:lang w:val="sk-SK" w:eastAsia="sk-SK"/>
        </w:rPr>
        <w:t>............</w:t>
      </w:r>
    </w:p>
    <w:p w14:paraId="3F874758" w14:textId="748E2264" w:rsidR="004F6E68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>Senzorická citlivosť (hluk, dotyk, svetlo, pohyb, pachy, jedlo a pod.).................................................................</w:t>
      </w:r>
    </w:p>
    <w:p w14:paraId="0BCA5662" w14:textId="18E59B28" w:rsidR="00040CFB" w:rsidRPr="004F6E68" w:rsidRDefault="00040CFB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>
        <w:rPr>
          <w:rFonts w:eastAsia="Times New Roman" w:cs="Arial"/>
          <w:sz w:val="22"/>
          <w:lang w:val="sk-SK" w:eastAsia="sk-SK"/>
        </w:rPr>
        <w:t>............................................................................................................................................................................</w:t>
      </w:r>
    </w:p>
    <w:p w14:paraId="72E80DBC" w14:textId="7227E7FD" w:rsidR="004603FC" w:rsidRPr="00040CFB" w:rsidRDefault="004F6E68" w:rsidP="005F17C7">
      <w:pP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4F6E68">
        <w:rPr>
          <w:rFonts w:eastAsia="Times New Roman" w:cs="Arial"/>
          <w:sz w:val="22"/>
          <w:lang w:val="sk-SK" w:eastAsia="sk-SK"/>
        </w:rPr>
        <w:t>Neobvyklé prejavy alebo zvláštnosti správania:................................................................................................</w:t>
      </w:r>
      <w:r w:rsidR="00040CFB">
        <w:rPr>
          <w:rFonts w:eastAsia="Times New Roman" w:cs="Arial"/>
          <w:sz w:val="22"/>
          <w:lang w:val="sk-SK" w:eastAsia="sk-SK"/>
        </w:rPr>
        <w:t xml:space="preserve"> </w:t>
      </w:r>
    </w:p>
    <w:p w14:paraId="5FBD1A5C" w14:textId="70475887" w:rsidR="008D4D4D" w:rsidRPr="001C5E2C" w:rsidRDefault="008D4D4D" w:rsidP="00581D9D">
      <w:pPr>
        <w:pStyle w:val="Nadpis2"/>
        <w:spacing w:before="0" w:line="360" w:lineRule="auto"/>
        <w:rPr>
          <w:rFonts w:ascii="Arial" w:hAnsi="Arial" w:cs="Arial"/>
          <w:sz w:val="22"/>
          <w:szCs w:val="22"/>
          <w:lang w:val="sk-SK"/>
        </w:rPr>
      </w:pPr>
      <w:r w:rsidRPr="001C5E2C">
        <w:rPr>
          <w:rFonts w:ascii="Arial" w:hAnsi="Arial" w:cs="Arial"/>
          <w:sz w:val="22"/>
          <w:szCs w:val="22"/>
          <w:lang w:val="sk-SK"/>
        </w:rPr>
        <w:t>4. STUPNE PODPORY</w:t>
      </w:r>
    </w:p>
    <w:p w14:paraId="54A1959D" w14:textId="62B7F47E" w:rsidR="00D57FA2" w:rsidRPr="001C5E2C" w:rsidRDefault="008D4D4D" w:rsidP="00581D9D">
      <w:pPr>
        <w:pStyle w:val="Nadpis3"/>
        <w:spacing w:line="360" w:lineRule="auto"/>
        <w:rPr>
          <w:rFonts w:ascii="Arial" w:hAnsi="Arial" w:cs="Arial"/>
          <w:lang w:val="sk-SK"/>
        </w:rPr>
      </w:pPr>
      <w:r w:rsidRPr="001C5E2C">
        <w:rPr>
          <w:rFonts w:ascii="Arial" w:hAnsi="Arial" w:cs="Arial"/>
          <w:lang w:val="sk-SK"/>
        </w:rPr>
        <w:t>4.1 Prvý stupeň podpory</w:t>
      </w:r>
    </w:p>
    <w:tbl>
      <w:tblPr>
        <w:tblW w:w="11103" w:type="dxa"/>
        <w:tblBorders>
          <w:top w:val="single" w:sz="6" w:space="0" w:color="BDC3C7"/>
          <w:left w:val="single" w:sz="6" w:space="0" w:color="BDC3C7"/>
          <w:bottom w:val="single" w:sz="6" w:space="0" w:color="BDC3C7"/>
          <w:right w:val="single" w:sz="6" w:space="0" w:color="BDC3C7"/>
          <w:insideH w:val="single" w:sz="6" w:space="0" w:color="BDC3C7"/>
          <w:insideV w:val="single" w:sz="6" w:space="0" w:color="BDC3C7"/>
        </w:tblBorders>
        <w:tblLayout w:type="fixed"/>
        <w:tblLook w:val="0600" w:firstRow="0" w:lastRow="0" w:firstColumn="0" w:lastColumn="0" w:noHBand="1" w:noVBand="1"/>
      </w:tblPr>
      <w:tblGrid>
        <w:gridCol w:w="2221"/>
        <w:gridCol w:w="2977"/>
        <w:gridCol w:w="1464"/>
        <w:gridCol w:w="1830"/>
        <w:gridCol w:w="2611"/>
      </w:tblGrid>
      <w:tr w:rsidR="004603FC" w:rsidRPr="001C5E2C" w14:paraId="27510294" w14:textId="77777777" w:rsidTr="004819EE">
        <w:trPr>
          <w:trHeight w:val="1000"/>
          <w:tblHeader/>
        </w:trPr>
        <w:tc>
          <w:tcPr>
            <w:tcW w:w="2221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ECF0F1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0A59D49" w14:textId="0050F2F8" w:rsidR="008D4D4D" w:rsidRPr="001C5E2C" w:rsidRDefault="00D57FA2" w:rsidP="00D42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="Arial"/>
                <w:b/>
                <w:bCs/>
                <w:szCs w:val="20"/>
                <w:lang w:val="sk-SK"/>
              </w:rPr>
            </w:pPr>
            <w:r w:rsidRPr="001C5E2C">
              <w:rPr>
                <w:rFonts w:cs="Arial"/>
                <w:b/>
                <w:bCs/>
                <w:szCs w:val="20"/>
                <w:lang w:val="sk-SK"/>
              </w:rPr>
              <w:t>Oblasť úpravy</w:t>
            </w:r>
          </w:p>
        </w:tc>
        <w:tc>
          <w:tcPr>
            <w:tcW w:w="2977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ECF0F1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C8FC473" w14:textId="77777777" w:rsidR="00D57FA2" w:rsidRPr="001C5E2C" w:rsidRDefault="00D57FA2" w:rsidP="00D42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="Arial"/>
                <w:b/>
                <w:bCs/>
                <w:szCs w:val="20"/>
                <w:lang w:val="sk-SK"/>
              </w:rPr>
            </w:pPr>
            <w:r w:rsidRPr="001C5E2C">
              <w:rPr>
                <w:rFonts w:cs="Arial"/>
                <w:b/>
                <w:bCs/>
                <w:szCs w:val="20"/>
                <w:lang w:val="sk-SK"/>
              </w:rPr>
              <w:t>Konkrétne realizované opatrenie</w:t>
            </w:r>
          </w:p>
        </w:tc>
        <w:tc>
          <w:tcPr>
            <w:tcW w:w="1464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ECF0F1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7C580A" w14:textId="56D473A1" w:rsidR="004603FC" w:rsidRPr="001C5E2C" w:rsidRDefault="00D57FA2" w:rsidP="00D42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="Arial"/>
                <w:b/>
                <w:bCs/>
                <w:szCs w:val="20"/>
                <w:lang w:val="sk-SK"/>
              </w:rPr>
            </w:pPr>
            <w:r w:rsidRPr="001C5E2C">
              <w:rPr>
                <w:rFonts w:cs="Arial"/>
                <w:b/>
                <w:bCs/>
                <w:szCs w:val="20"/>
                <w:lang w:val="sk-SK"/>
              </w:rPr>
              <w:t>Časové obdobie</w:t>
            </w:r>
          </w:p>
          <w:p w14:paraId="72703BD4" w14:textId="6828EF97" w:rsidR="00D57FA2" w:rsidRPr="001C5E2C" w:rsidRDefault="00D57FA2" w:rsidP="00D42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="Arial"/>
                <w:b/>
                <w:bCs/>
                <w:szCs w:val="20"/>
                <w:lang w:val="sk-SK"/>
              </w:rPr>
            </w:pPr>
            <w:r w:rsidRPr="001C5E2C">
              <w:rPr>
                <w:rFonts w:cs="Arial"/>
                <w:b/>
                <w:bCs/>
                <w:szCs w:val="20"/>
                <w:lang w:val="sk-SK"/>
              </w:rPr>
              <w:t>(od – do)</w:t>
            </w:r>
          </w:p>
        </w:tc>
        <w:tc>
          <w:tcPr>
            <w:tcW w:w="1830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ECF0F1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7F97C5B" w14:textId="2F64DE07" w:rsidR="004603FC" w:rsidRPr="001C5E2C" w:rsidRDefault="00D57FA2" w:rsidP="00D42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="Arial"/>
                <w:b/>
                <w:bCs/>
                <w:szCs w:val="20"/>
                <w:lang w:val="sk-SK"/>
              </w:rPr>
            </w:pPr>
            <w:r w:rsidRPr="001C5E2C">
              <w:rPr>
                <w:rFonts w:cs="Arial"/>
                <w:b/>
                <w:bCs/>
                <w:szCs w:val="20"/>
                <w:lang w:val="sk-SK"/>
              </w:rPr>
              <w:t>Efektivita opatrenia</w:t>
            </w:r>
          </w:p>
          <w:p w14:paraId="56B41BDD" w14:textId="206C2388" w:rsidR="00D57FA2" w:rsidRPr="001C5E2C" w:rsidRDefault="00D57FA2" w:rsidP="00D42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="Arial"/>
                <w:b/>
                <w:bCs/>
                <w:szCs w:val="20"/>
                <w:lang w:val="sk-SK"/>
              </w:rPr>
            </w:pPr>
            <w:r w:rsidRPr="001C5E2C">
              <w:rPr>
                <w:rFonts w:cs="Arial"/>
                <w:b/>
                <w:bCs/>
                <w:szCs w:val="20"/>
                <w:lang w:val="sk-SK"/>
              </w:rPr>
              <w:t xml:space="preserve">(1 – bez efektu, </w:t>
            </w:r>
            <w:r w:rsidR="004603FC" w:rsidRPr="001C5E2C">
              <w:rPr>
                <w:rFonts w:cs="Arial"/>
                <w:b/>
                <w:bCs/>
                <w:szCs w:val="20"/>
                <w:lang w:val="sk-SK"/>
              </w:rPr>
              <w:t xml:space="preserve">  </w:t>
            </w:r>
            <w:r w:rsidRPr="001C5E2C">
              <w:rPr>
                <w:rFonts w:cs="Arial"/>
                <w:b/>
                <w:bCs/>
                <w:szCs w:val="20"/>
                <w:lang w:val="sk-SK"/>
              </w:rPr>
              <w:t>5 – plný efekt)</w:t>
            </w:r>
          </w:p>
        </w:tc>
        <w:tc>
          <w:tcPr>
            <w:tcW w:w="2611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ECF0F1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248361F" w14:textId="482B604A" w:rsidR="00D57FA2" w:rsidRPr="001C5E2C" w:rsidRDefault="00D57FA2" w:rsidP="00D42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="Arial"/>
                <w:b/>
                <w:bCs/>
                <w:szCs w:val="20"/>
                <w:lang w:val="sk-SK"/>
              </w:rPr>
            </w:pPr>
            <w:r w:rsidRPr="001C5E2C">
              <w:rPr>
                <w:rFonts w:cs="Arial"/>
                <w:b/>
                <w:bCs/>
                <w:szCs w:val="20"/>
                <w:lang w:val="sk-SK"/>
              </w:rPr>
              <w:t>Dôvod neúspechu / Prečo</w:t>
            </w:r>
            <w:r w:rsidR="004603FC" w:rsidRPr="001C5E2C">
              <w:rPr>
                <w:rFonts w:cs="Arial"/>
                <w:b/>
                <w:bCs/>
                <w:szCs w:val="20"/>
                <w:lang w:val="sk-SK"/>
              </w:rPr>
              <w:t xml:space="preserve"> </w:t>
            </w:r>
            <w:r w:rsidRPr="001C5E2C">
              <w:rPr>
                <w:rFonts w:cs="Arial"/>
                <w:b/>
                <w:bCs/>
                <w:szCs w:val="20"/>
                <w:lang w:val="sk-SK"/>
              </w:rPr>
              <w:t>opatrenie nestačilo?</w:t>
            </w:r>
          </w:p>
        </w:tc>
      </w:tr>
      <w:tr w:rsidR="00D57FA2" w:rsidRPr="001C5E2C" w14:paraId="01168F65" w14:textId="77777777" w:rsidTr="004819EE">
        <w:trPr>
          <w:trHeight w:val="1040"/>
        </w:trPr>
        <w:tc>
          <w:tcPr>
            <w:tcW w:w="2221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9DCADE6" w14:textId="5BD5FA95" w:rsidR="00D57FA2" w:rsidRPr="00FF523B" w:rsidRDefault="00D57FA2" w:rsidP="00D42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="Arial"/>
                <w:color w:val="FF0000"/>
                <w:sz w:val="22"/>
                <w:lang w:val="sk-SK"/>
              </w:rPr>
            </w:pPr>
            <w:r w:rsidRPr="005F17C7">
              <w:rPr>
                <w:rFonts w:cs="Arial"/>
                <w:b/>
                <w:bCs/>
                <w:sz w:val="22"/>
                <w:lang w:val="sk-SK"/>
              </w:rPr>
              <w:t>Úprava prostredia</w:t>
            </w:r>
            <w:r w:rsidRPr="005F17C7">
              <w:rPr>
                <w:rFonts w:cs="Arial"/>
                <w:b/>
                <w:sz w:val="22"/>
                <w:lang w:val="sk-SK"/>
              </w:rPr>
              <w:t xml:space="preserve"> </w:t>
            </w:r>
            <w:r w:rsidR="005F17C7" w:rsidRPr="005F17C7">
              <w:rPr>
                <w:rFonts w:cs="Arial"/>
                <w:b/>
                <w:sz w:val="22"/>
                <w:lang w:val="sk-SK"/>
              </w:rPr>
              <w:t>a režimu</w:t>
            </w:r>
            <w:r w:rsidR="005F17C7" w:rsidRPr="005F17C7">
              <w:rPr>
                <w:rFonts w:cs="Arial"/>
                <w:sz w:val="22"/>
                <w:lang w:val="sk-SK"/>
              </w:rPr>
              <w:t xml:space="preserve"> </w:t>
            </w:r>
            <w:r w:rsidRPr="005F17C7">
              <w:rPr>
                <w:rFonts w:cs="Arial"/>
                <w:sz w:val="18"/>
                <w:szCs w:val="20"/>
                <w:lang w:val="sk-SK"/>
              </w:rPr>
              <w:t>(</w:t>
            </w:r>
            <w:r w:rsidR="005F17C7" w:rsidRPr="00FF523B">
              <w:rPr>
                <w:rFonts w:eastAsia="Times New Roman" w:cs="Arial"/>
                <w:sz w:val="22"/>
                <w:szCs w:val="24"/>
                <w:lang w:val="sk-SK" w:eastAsia="sk-SK"/>
              </w:rPr>
              <w:t>redukcia podnetov, miesto v triede, vizuálny režim, predvídateľnosť</w:t>
            </w:r>
            <w:r w:rsidR="005F17C7" w:rsidRPr="005F17C7">
              <w:rPr>
                <w:rFonts w:eastAsia="Times New Roman" w:cs="Arial"/>
                <w:sz w:val="22"/>
                <w:szCs w:val="24"/>
                <w:lang w:val="sk-SK" w:eastAsia="sk-SK"/>
              </w:rPr>
              <w:t>)</w:t>
            </w:r>
          </w:p>
        </w:tc>
        <w:tc>
          <w:tcPr>
            <w:tcW w:w="2977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20841FF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  <w:tc>
          <w:tcPr>
            <w:tcW w:w="1464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1D8ADA1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  <w:tc>
          <w:tcPr>
            <w:tcW w:w="1830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089B2BD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  <w:r w:rsidRPr="001C5E2C">
              <w:rPr>
                <w:rFonts w:cs="Arial"/>
                <w:sz w:val="22"/>
                <w:lang w:val="sk-SK"/>
              </w:rPr>
              <w:t>1 · 2 · 3 · 4 · 5</w:t>
            </w:r>
          </w:p>
        </w:tc>
        <w:tc>
          <w:tcPr>
            <w:tcW w:w="2611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D9AA773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</w:tr>
      <w:tr w:rsidR="00D57FA2" w:rsidRPr="001C5E2C" w14:paraId="55FD0138" w14:textId="77777777" w:rsidTr="004819EE">
        <w:trPr>
          <w:trHeight w:val="821"/>
        </w:trPr>
        <w:tc>
          <w:tcPr>
            <w:tcW w:w="2221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BAFC7F3" w14:textId="77777777" w:rsidR="004603FC" w:rsidRPr="005F17C7" w:rsidRDefault="00D57FA2" w:rsidP="00D42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="Arial"/>
                <w:sz w:val="22"/>
                <w:lang w:val="sk-SK"/>
              </w:rPr>
            </w:pPr>
            <w:r w:rsidRPr="005F17C7">
              <w:rPr>
                <w:rFonts w:cs="Arial"/>
                <w:b/>
                <w:bCs/>
                <w:sz w:val="22"/>
                <w:lang w:val="sk-SK"/>
              </w:rPr>
              <w:t>Diferenciácia úloh</w:t>
            </w:r>
            <w:r w:rsidRPr="005F17C7">
              <w:rPr>
                <w:rFonts w:cs="Arial"/>
                <w:sz w:val="22"/>
                <w:lang w:val="sk-SK"/>
              </w:rPr>
              <w:t xml:space="preserve"> </w:t>
            </w:r>
          </w:p>
          <w:p w14:paraId="5987B409" w14:textId="76AF29D3" w:rsidR="00D57FA2" w:rsidRPr="00FF523B" w:rsidRDefault="00D57FA2" w:rsidP="00D42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="Arial"/>
                <w:color w:val="FF0000"/>
                <w:sz w:val="22"/>
                <w:lang w:val="sk-SK"/>
              </w:rPr>
            </w:pPr>
            <w:r w:rsidRPr="005F17C7">
              <w:rPr>
                <w:rFonts w:cs="Arial"/>
                <w:sz w:val="18"/>
                <w:szCs w:val="20"/>
                <w:lang w:val="sk-SK"/>
              </w:rPr>
              <w:t>(</w:t>
            </w:r>
            <w:r w:rsidR="005F17C7" w:rsidRPr="00FF523B">
              <w:rPr>
                <w:rFonts w:eastAsia="Times New Roman" w:cs="Arial"/>
                <w:sz w:val="22"/>
                <w:szCs w:val="24"/>
                <w:lang w:val="sk-SK" w:eastAsia="sk-SK"/>
              </w:rPr>
              <w:t>zjednodušenie, kratšie úseky, názorné pomôcky, menší rozsah</w:t>
            </w:r>
            <w:r w:rsidR="005F17C7" w:rsidRPr="005F17C7">
              <w:rPr>
                <w:rFonts w:eastAsia="Times New Roman" w:cs="Arial"/>
                <w:sz w:val="22"/>
                <w:szCs w:val="24"/>
                <w:lang w:val="sk-SK" w:eastAsia="sk-SK"/>
              </w:rPr>
              <w:t>)</w:t>
            </w:r>
          </w:p>
        </w:tc>
        <w:tc>
          <w:tcPr>
            <w:tcW w:w="2977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612ACC4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  <w:tc>
          <w:tcPr>
            <w:tcW w:w="1464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57AA4EE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  <w:tc>
          <w:tcPr>
            <w:tcW w:w="1830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D163479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  <w:r w:rsidRPr="001C5E2C">
              <w:rPr>
                <w:rFonts w:cs="Arial"/>
                <w:sz w:val="22"/>
                <w:lang w:val="sk-SK"/>
              </w:rPr>
              <w:t>1 · 2 · 3 · 4 · 5</w:t>
            </w:r>
          </w:p>
        </w:tc>
        <w:tc>
          <w:tcPr>
            <w:tcW w:w="2611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7E7E305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</w:tr>
      <w:tr w:rsidR="00D57FA2" w:rsidRPr="001C5E2C" w14:paraId="2BA788D6" w14:textId="77777777" w:rsidTr="004819EE">
        <w:trPr>
          <w:trHeight w:val="1189"/>
        </w:trPr>
        <w:tc>
          <w:tcPr>
            <w:tcW w:w="2221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624A958" w14:textId="6006F12C" w:rsidR="00D57FA2" w:rsidRPr="001C5E2C" w:rsidRDefault="00D57FA2" w:rsidP="00D42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="Arial"/>
                <w:sz w:val="22"/>
                <w:lang w:val="sk-SK"/>
              </w:rPr>
            </w:pPr>
            <w:r w:rsidRPr="005F17C7">
              <w:rPr>
                <w:rFonts w:cs="Arial"/>
                <w:b/>
                <w:bCs/>
                <w:sz w:val="22"/>
                <w:lang w:val="sk-SK"/>
              </w:rPr>
              <w:t xml:space="preserve">Časová </w:t>
            </w:r>
            <w:r w:rsidR="005F17C7" w:rsidRPr="00FF523B">
              <w:rPr>
                <w:rFonts w:eastAsia="Times New Roman" w:cs="Arial"/>
                <w:b/>
                <w:sz w:val="24"/>
                <w:szCs w:val="24"/>
                <w:lang w:val="sk-SK" w:eastAsia="sk-SK"/>
              </w:rPr>
              <w:t>organizácia</w:t>
            </w:r>
            <w:r w:rsidR="005F17C7" w:rsidRPr="00FF523B">
              <w:rPr>
                <w:rFonts w:eastAsia="Times New Roman" w:cs="Arial"/>
                <w:sz w:val="24"/>
                <w:szCs w:val="24"/>
                <w:lang w:val="sk-SK" w:eastAsia="sk-SK"/>
              </w:rPr>
              <w:br/>
            </w:r>
            <w:r w:rsidR="005F17C7" w:rsidRPr="00FF523B">
              <w:rPr>
                <w:rFonts w:eastAsia="Times New Roman" w:cs="Arial"/>
                <w:sz w:val="22"/>
                <w:szCs w:val="24"/>
                <w:lang w:val="sk-SK" w:eastAsia="sk-SK"/>
              </w:rPr>
              <w:t>(predĺženie času, prestávky, postupné zapájanie)</w:t>
            </w:r>
          </w:p>
        </w:tc>
        <w:tc>
          <w:tcPr>
            <w:tcW w:w="2977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81734E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  <w:tc>
          <w:tcPr>
            <w:tcW w:w="1464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C31451D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  <w:tc>
          <w:tcPr>
            <w:tcW w:w="1830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93531D6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  <w:r w:rsidRPr="001C5E2C">
              <w:rPr>
                <w:rFonts w:cs="Arial"/>
                <w:sz w:val="22"/>
                <w:lang w:val="sk-SK"/>
              </w:rPr>
              <w:t>1 · 2 · 3 · 4 · 5</w:t>
            </w:r>
          </w:p>
        </w:tc>
        <w:tc>
          <w:tcPr>
            <w:tcW w:w="2611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8C5E9D0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</w:tr>
      <w:tr w:rsidR="00D57FA2" w:rsidRPr="001C5E2C" w14:paraId="60D9171B" w14:textId="77777777" w:rsidTr="004819EE">
        <w:trPr>
          <w:trHeight w:val="1347"/>
        </w:trPr>
        <w:tc>
          <w:tcPr>
            <w:tcW w:w="2221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5393D07" w14:textId="1B13AD60" w:rsidR="00D57FA2" w:rsidRPr="001C5E2C" w:rsidRDefault="005F17C7" w:rsidP="00D42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="Arial"/>
                <w:sz w:val="22"/>
                <w:lang w:val="sk-SK"/>
              </w:rPr>
            </w:pPr>
            <w:r w:rsidRPr="00FF523B">
              <w:rPr>
                <w:rFonts w:eastAsia="Times New Roman" w:cs="Arial"/>
                <w:b/>
                <w:sz w:val="24"/>
                <w:szCs w:val="24"/>
                <w:lang w:val="sk-SK" w:eastAsia="sk-SK"/>
              </w:rPr>
              <w:t>Forma zadávania a overovania porozumenia</w:t>
            </w:r>
            <w:r w:rsidRPr="00FF523B">
              <w:rPr>
                <w:rFonts w:eastAsia="Times New Roman" w:cs="Arial"/>
                <w:sz w:val="24"/>
                <w:szCs w:val="24"/>
                <w:lang w:val="sk-SK" w:eastAsia="sk-SK"/>
              </w:rPr>
              <w:br/>
            </w:r>
            <w:r w:rsidRPr="00FF523B">
              <w:rPr>
                <w:rFonts w:eastAsia="Times New Roman" w:cs="Arial"/>
                <w:sz w:val="22"/>
                <w:szCs w:val="24"/>
                <w:lang w:val="sk-SK" w:eastAsia="sk-SK"/>
              </w:rPr>
              <w:t>(ústne, názorne, demonštrácia, výber z možností)</w:t>
            </w:r>
          </w:p>
        </w:tc>
        <w:tc>
          <w:tcPr>
            <w:tcW w:w="2977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FE713BB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  <w:tc>
          <w:tcPr>
            <w:tcW w:w="1464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EECACC6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  <w:tc>
          <w:tcPr>
            <w:tcW w:w="1830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ACF87A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  <w:r w:rsidRPr="001C5E2C">
              <w:rPr>
                <w:rFonts w:cs="Arial"/>
                <w:sz w:val="22"/>
                <w:lang w:val="sk-SK"/>
              </w:rPr>
              <w:t>1 · 2 · 3 · 4 · 5</w:t>
            </w:r>
          </w:p>
        </w:tc>
        <w:tc>
          <w:tcPr>
            <w:tcW w:w="2611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EC54447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</w:tr>
      <w:tr w:rsidR="00D57FA2" w:rsidRPr="001C5E2C" w14:paraId="24619E2C" w14:textId="77777777" w:rsidTr="004819EE">
        <w:trPr>
          <w:trHeight w:val="1263"/>
        </w:trPr>
        <w:tc>
          <w:tcPr>
            <w:tcW w:w="2221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358534F" w14:textId="5AE6CCE5" w:rsidR="00D57FA2" w:rsidRPr="001C5E2C" w:rsidRDefault="00D57FA2" w:rsidP="00D42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="Arial"/>
                <w:sz w:val="22"/>
                <w:lang w:val="sk-SK"/>
              </w:rPr>
            </w:pPr>
            <w:r w:rsidRPr="001C5E2C">
              <w:rPr>
                <w:rFonts w:cs="Arial"/>
                <w:b/>
                <w:bCs/>
                <w:sz w:val="22"/>
                <w:lang w:val="sk-SK"/>
              </w:rPr>
              <w:lastRenderedPageBreak/>
              <w:t>Pedagogická intervencia</w:t>
            </w:r>
            <w:r w:rsidRPr="001C5E2C">
              <w:rPr>
                <w:rFonts w:cs="Arial"/>
                <w:sz w:val="22"/>
                <w:lang w:val="sk-SK"/>
              </w:rPr>
              <w:t xml:space="preserve"> </w:t>
            </w:r>
            <w:r w:rsidRPr="005F17C7">
              <w:rPr>
                <w:rFonts w:cs="Arial"/>
                <w:sz w:val="18"/>
                <w:szCs w:val="20"/>
                <w:lang w:val="sk-SK"/>
              </w:rPr>
              <w:t>(</w:t>
            </w:r>
            <w:r w:rsidR="005F17C7" w:rsidRPr="00FF523B">
              <w:rPr>
                <w:rFonts w:eastAsia="Times New Roman" w:cs="Arial"/>
                <w:sz w:val="22"/>
                <w:szCs w:val="24"/>
                <w:lang w:val="sk-SK" w:eastAsia="sk-SK"/>
              </w:rPr>
              <w:t>individuálne vedenie, opakovanie, podpora v hre a</w:t>
            </w:r>
            <w:r w:rsidR="005F17C7" w:rsidRPr="005F17C7">
              <w:rPr>
                <w:rFonts w:eastAsia="Times New Roman" w:cs="Arial"/>
                <w:sz w:val="22"/>
                <w:szCs w:val="24"/>
                <w:lang w:val="sk-SK" w:eastAsia="sk-SK"/>
              </w:rPr>
              <w:t> </w:t>
            </w:r>
            <w:r w:rsidR="005F17C7" w:rsidRPr="00FF523B">
              <w:rPr>
                <w:rFonts w:eastAsia="Times New Roman" w:cs="Arial"/>
                <w:sz w:val="22"/>
                <w:szCs w:val="24"/>
                <w:lang w:val="sk-SK" w:eastAsia="sk-SK"/>
              </w:rPr>
              <w:t>činnostiach</w:t>
            </w:r>
            <w:r w:rsidR="005F17C7" w:rsidRPr="005F17C7">
              <w:rPr>
                <w:rFonts w:eastAsia="Times New Roman" w:cs="Arial"/>
                <w:sz w:val="22"/>
                <w:szCs w:val="24"/>
                <w:lang w:val="sk-SK" w:eastAsia="sk-SK"/>
              </w:rPr>
              <w:t>)</w:t>
            </w:r>
          </w:p>
        </w:tc>
        <w:tc>
          <w:tcPr>
            <w:tcW w:w="2977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E80B1C6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  <w:tc>
          <w:tcPr>
            <w:tcW w:w="1464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30DBFC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  <w:tc>
          <w:tcPr>
            <w:tcW w:w="1830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F74317C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  <w:r w:rsidRPr="001C5E2C">
              <w:rPr>
                <w:rFonts w:cs="Arial"/>
                <w:sz w:val="22"/>
                <w:lang w:val="sk-SK"/>
              </w:rPr>
              <w:t>1 · 2 · 3 · 4 · 5</w:t>
            </w:r>
          </w:p>
        </w:tc>
        <w:tc>
          <w:tcPr>
            <w:tcW w:w="2611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79B1AD8" w14:textId="77777777" w:rsidR="00D57FA2" w:rsidRPr="001C5E2C" w:rsidRDefault="00D57FA2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</w:tr>
      <w:tr w:rsidR="00752F70" w:rsidRPr="001C5E2C" w14:paraId="63DC8D83" w14:textId="77777777" w:rsidTr="004819EE">
        <w:trPr>
          <w:trHeight w:val="413"/>
        </w:trPr>
        <w:tc>
          <w:tcPr>
            <w:tcW w:w="2221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A5DD7F5" w14:textId="32A142A3" w:rsidR="00752F70" w:rsidRPr="001C5E2C" w:rsidRDefault="00752F70" w:rsidP="00A03B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cs="Arial"/>
                <w:b/>
                <w:bCs/>
                <w:sz w:val="22"/>
                <w:lang w:val="sk-SK"/>
              </w:rPr>
            </w:pPr>
            <w:r w:rsidRPr="001C5E2C">
              <w:rPr>
                <w:rFonts w:cs="Arial"/>
                <w:b/>
                <w:bCs/>
                <w:sz w:val="22"/>
                <w:lang w:val="sk-SK"/>
              </w:rPr>
              <w:t>Iné</w:t>
            </w:r>
          </w:p>
        </w:tc>
        <w:tc>
          <w:tcPr>
            <w:tcW w:w="2977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D329E22" w14:textId="77777777" w:rsidR="00752F70" w:rsidRPr="001C5E2C" w:rsidRDefault="00752F70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  <w:tc>
          <w:tcPr>
            <w:tcW w:w="1464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E946CE" w14:textId="77777777" w:rsidR="00752F70" w:rsidRPr="001C5E2C" w:rsidRDefault="00752F70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  <w:tc>
          <w:tcPr>
            <w:tcW w:w="1830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54E3F79" w14:textId="32BC8528" w:rsidR="00752F70" w:rsidRPr="001C5E2C" w:rsidRDefault="00752F70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  <w:r w:rsidRPr="001C5E2C">
              <w:rPr>
                <w:rFonts w:cs="Arial"/>
                <w:sz w:val="22"/>
                <w:lang w:val="sk-SK"/>
              </w:rPr>
              <w:t>1 · 2 · 3 · 4 · 5</w:t>
            </w:r>
          </w:p>
        </w:tc>
        <w:tc>
          <w:tcPr>
            <w:tcW w:w="2611" w:type="dxa"/>
            <w:tcBorders>
              <w:top w:val="single" w:sz="6" w:space="0" w:color="BDC3C7"/>
              <w:left w:val="single" w:sz="6" w:space="0" w:color="BDC3C7"/>
              <w:bottom w:val="single" w:sz="6" w:space="0" w:color="BDC3C7"/>
              <w:right w:val="single" w:sz="6" w:space="0" w:color="BDC3C7"/>
            </w:tcBorders>
            <w:shd w:val="clear" w:color="auto" w:fill="auto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5E601B7" w14:textId="77777777" w:rsidR="00752F70" w:rsidRPr="001C5E2C" w:rsidRDefault="00752F70" w:rsidP="00581D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cs="Arial"/>
                <w:sz w:val="22"/>
                <w:lang w:val="sk-SK"/>
              </w:rPr>
            </w:pPr>
          </w:p>
        </w:tc>
      </w:tr>
    </w:tbl>
    <w:p w14:paraId="0BBD6460" w14:textId="77777777" w:rsidR="00D42EA7" w:rsidRDefault="00D42EA7" w:rsidP="00D42EA7">
      <w:pPr>
        <w:pStyle w:val="Nadpis3"/>
        <w:spacing w:before="0" w:line="360" w:lineRule="auto"/>
        <w:rPr>
          <w:rFonts w:ascii="Arial" w:hAnsi="Arial" w:cs="Arial"/>
          <w:lang w:val="sk-SK"/>
        </w:rPr>
      </w:pPr>
    </w:p>
    <w:p w14:paraId="1D026D96" w14:textId="6E81FC6A" w:rsidR="00752F70" w:rsidRPr="001C5E2C" w:rsidRDefault="004603FC" w:rsidP="00D42EA7">
      <w:pPr>
        <w:pStyle w:val="Nadpis3"/>
        <w:spacing w:before="0" w:line="360" w:lineRule="auto"/>
        <w:rPr>
          <w:rFonts w:ascii="Arial" w:hAnsi="Arial" w:cs="Arial"/>
          <w:lang w:val="sk-SK"/>
        </w:rPr>
      </w:pPr>
      <w:r w:rsidRPr="001C5E2C">
        <w:rPr>
          <w:rFonts w:ascii="Arial" w:hAnsi="Arial" w:cs="Arial"/>
          <w:lang w:val="sk-SK"/>
        </w:rPr>
        <w:t>4</w:t>
      </w:r>
      <w:r w:rsidR="00752F70" w:rsidRPr="001C5E2C">
        <w:rPr>
          <w:rFonts w:ascii="Arial" w:hAnsi="Arial" w:cs="Arial"/>
          <w:lang w:val="sk-SK"/>
        </w:rPr>
        <w:t xml:space="preserve">. 2 </w:t>
      </w:r>
      <w:r w:rsidRPr="001C5E2C">
        <w:rPr>
          <w:rFonts w:ascii="Arial" w:hAnsi="Arial" w:cs="Arial"/>
          <w:lang w:val="sk-SK"/>
        </w:rPr>
        <w:t>Druhý s</w:t>
      </w:r>
      <w:r w:rsidR="00752F70" w:rsidRPr="001C5E2C">
        <w:rPr>
          <w:rFonts w:ascii="Arial" w:hAnsi="Arial" w:cs="Arial"/>
          <w:lang w:val="sk-SK"/>
        </w:rPr>
        <w:t>tupeň podpory (Úroveň Školského podporného tímu – ŠPT)</w:t>
      </w:r>
    </w:p>
    <w:p w14:paraId="0132D25C" w14:textId="40D7732D" w:rsidR="00752F70" w:rsidRPr="001C5E2C" w:rsidRDefault="00752F70" w:rsidP="00581D9D">
      <w:pPr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cs="Arial"/>
          <w:i/>
          <w:iCs/>
          <w:sz w:val="18"/>
          <w:szCs w:val="18"/>
          <w:lang w:val="sk-SK"/>
        </w:rPr>
      </w:pPr>
      <w:r w:rsidRPr="001C5E2C">
        <w:rPr>
          <w:rFonts w:cs="Arial"/>
          <w:i/>
          <w:iCs/>
          <w:sz w:val="18"/>
          <w:szCs w:val="18"/>
          <w:lang w:val="sk-SK"/>
        </w:rPr>
        <w:t>Zapojenie pedagogických a odborných zamestnancov školy: školský špeciálny pedagóg (ŠŠP), školský psychológ (ŠP), sociálny pedagóg</w:t>
      </w:r>
      <w:r w:rsidR="00D42EA7">
        <w:rPr>
          <w:rFonts w:cs="Arial"/>
          <w:i/>
          <w:iCs/>
          <w:sz w:val="18"/>
          <w:szCs w:val="18"/>
          <w:lang w:val="sk-SK"/>
        </w:rPr>
        <w:t xml:space="preserve"> (SP)</w:t>
      </w:r>
      <w:r w:rsidRPr="001C5E2C">
        <w:rPr>
          <w:rFonts w:cs="Arial"/>
          <w:i/>
          <w:iCs/>
          <w:sz w:val="18"/>
          <w:szCs w:val="18"/>
          <w:lang w:val="sk-SK"/>
        </w:rPr>
        <w:t>, školský logopéd</w:t>
      </w:r>
      <w:r w:rsidR="00D42EA7">
        <w:rPr>
          <w:rFonts w:cs="Arial"/>
          <w:i/>
          <w:iCs/>
          <w:sz w:val="18"/>
          <w:szCs w:val="18"/>
          <w:lang w:val="sk-SK"/>
        </w:rPr>
        <w:t xml:space="preserve"> (ŠL)</w:t>
      </w:r>
      <w:r w:rsidRPr="001C5E2C">
        <w:rPr>
          <w:rFonts w:cs="Arial"/>
          <w:i/>
          <w:iCs/>
          <w:sz w:val="18"/>
          <w:szCs w:val="18"/>
          <w:lang w:val="sk-SK"/>
        </w:rPr>
        <w:t>, pedagogický asistent (PA).</w:t>
      </w:r>
    </w:p>
    <w:p w14:paraId="15BCD61C" w14:textId="77777777" w:rsidR="00752F70" w:rsidRPr="001C5E2C" w:rsidRDefault="00752F70" w:rsidP="00581D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b/>
          <w:bCs/>
          <w:sz w:val="22"/>
          <w:lang w:val="sk-SK"/>
        </w:rPr>
        <w:t>Personálne zabezpečenie a frekvencia:</w:t>
      </w:r>
    </w:p>
    <w:p w14:paraId="086EBCFA" w14:textId="5E21E7A0" w:rsidR="00752F70" w:rsidRPr="001C5E2C" w:rsidRDefault="00752F70" w:rsidP="00D42E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sz w:val="22"/>
          <w:lang w:val="sk-SK"/>
        </w:rPr>
        <w:t>Kto so žiakom pracuje: ...........................................................................................................</w:t>
      </w:r>
      <w:r w:rsidR="00D42EA7">
        <w:rPr>
          <w:rFonts w:cs="Arial"/>
          <w:sz w:val="22"/>
          <w:lang w:val="sk-SK"/>
        </w:rPr>
        <w:t>............</w:t>
      </w:r>
      <w:r w:rsidR="005005BF">
        <w:rPr>
          <w:rFonts w:cs="Arial"/>
          <w:sz w:val="22"/>
          <w:lang w:val="sk-SK"/>
        </w:rPr>
        <w:t>.....</w:t>
      </w:r>
      <w:r w:rsidR="00D42EA7">
        <w:rPr>
          <w:rFonts w:cs="Arial"/>
          <w:sz w:val="22"/>
          <w:lang w:val="sk-SK"/>
        </w:rPr>
        <w:t>.............</w:t>
      </w:r>
      <w:r w:rsidRPr="001C5E2C">
        <w:rPr>
          <w:rFonts w:cs="Arial"/>
          <w:sz w:val="22"/>
          <w:lang w:val="sk-SK"/>
        </w:rPr>
        <w:t>.</w:t>
      </w:r>
    </w:p>
    <w:p w14:paraId="1B5488C5" w14:textId="3FFF53A8" w:rsidR="00752F70" w:rsidRPr="001C5E2C" w:rsidRDefault="00752F70" w:rsidP="00D42E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sz w:val="22"/>
          <w:lang w:val="sk-SK"/>
        </w:rPr>
        <w:t>Forma a frekvencia: [ ] individuálne [ ] skupinovo  ..</w:t>
      </w:r>
      <w:r w:rsidR="005005BF">
        <w:rPr>
          <w:rFonts w:cs="Arial"/>
          <w:sz w:val="22"/>
          <w:lang w:val="sk-SK"/>
        </w:rPr>
        <w:t>..</w:t>
      </w:r>
      <w:r w:rsidRPr="001C5E2C">
        <w:rPr>
          <w:rFonts w:cs="Arial"/>
          <w:sz w:val="22"/>
          <w:lang w:val="sk-SK"/>
        </w:rPr>
        <w:t>.</w:t>
      </w:r>
      <w:r w:rsidR="00D42EA7">
        <w:rPr>
          <w:rFonts w:cs="Arial"/>
          <w:sz w:val="22"/>
          <w:lang w:val="sk-SK"/>
        </w:rPr>
        <w:t>..</w:t>
      </w:r>
      <w:r w:rsidRPr="001C5E2C">
        <w:rPr>
          <w:rFonts w:cs="Arial"/>
          <w:sz w:val="22"/>
          <w:lang w:val="sk-SK"/>
        </w:rPr>
        <w:t>.-krát týždenne</w:t>
      </w:r>
      <w:r w:rsidR="00E70DA7">
        <w:rPr>
          <w:rFonts w:cs="Arial"/>
          <w:sz w:val="22"/>
          <w:lang w:val="sk-SK"/>
        </w:rPr>
        <w:t>,</w:t>
      </w:r>
      <w:r w:rsidR="00D42EA7">
        <w:rPr>
          <w:rFonts w:cs="Arial"/>
          <w:sz w:val="22"/>
          <w:lang w:val="sk-SK"/>
        </w:rPr>
        <w:t xml:space="preserve">   </w:t>
      </w:r>
      <w:r w:rsidRPr="001C5E2C">
        <w:rPr>
          <w:rFonts w:cs="Arial"/>
          <w:sz w:val="22"/>
          <w:lang w:val="sk-SK"/>
        </w:rPr>
        <w:t>od kedy:</w:t>
      </w:r>
      <w:r w:rsidR="00E70DA7">
        <w:rPr>
          <w:rFonts w:cs="Arial"/>
          <w:sz w:val="22"/>
          <w:lang w:val="sk-SK"/>
        </w:rPr>
        <w:t xml:space="preserve"> .</w:t>
      </w:r>
      <w:r w:rsidRPr="001C5E2C">
        <w:rPr>
          <w:rFonts w:cs="Arial"/>
          <w:sz w:val="22"/>
          <w:lang w:val="sk-SK"/>
        </w:rPr>
        <w:t>.....</w:t>
      </w:r>
      <w:r w:rsidR="005005BF">
        <w:rPr>
          <w:rFonts w:cs="Arial"/>
          <w:sz w:val="22"/>
          <w:lang w:val="sk-SK"/>
        </w:rPr>
        <w:t>...</w:t>
      </w:r>
      <w:r w:rsidRPr="001C5E2C">
        <w:rPr>
          <w:rFonts w:cs="Arial"/>
          <w:sz w:val="22"/>
          <w:lang w:val="sk-SK"/>
        </w:rPr>
        <w:t>..............</w:t>
      </w:r>
      <w:r w:rsidR="00D42EA7">
        <w:rPr>
          <w:rFonts w:cs="Arial"/>
          <w:sz w:val="22"/>
          <w:lang w:val="sk-SK"/>
        </w:rPr>
        <w:t>........................</w:t>
      </w:r>
    </w:p>
    <w:p w14:paraId="150FA368" w14:textId="3F544FF7" w:rsidR="00752F70" w:rsidRPr="001C5E2C" w:rsidRDefault="00752F70" w:rsidP="00D42E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b/>
          <w:bCs/>
          <w:sz w:val="22"/>
          <w:lang w:val="sk-SK"/>
        </w:rPr>
        <w:t>Realizovaná orientačná  diagnostika</w:t>
      </w:r>
      <w:r w:rsidR="00FF523B">
        <w:rPr>
          <w:rFonts w:cs="Arial"/>
          <w:b/>
          <w:bCs/>
          <w:sz w:val="22"/>
          <w:lang w:val="sk-SK"/>
        </w:rPr>
        <w:t>/skríning</w:t>
      </w:r>
      <w:r w:rsidRPr="001C5E2C">
        <w:rPr>
          <w:rFonts w:cs="Arial"/>
          <w:b/>
          <w:bCs/>
          <w:sz w:val="22"/>
          <w:lang w:val="sk-SK"/>
        </w:rPr>
        <w:t xml:space="preserve"> na škole:</w:t>
      </w:r>
    </w:p>
    <w:p w14:paraId="1F6B1D3B" w14:textId="52680643" w:rsidR="00752F70" w:rsidRPr="001C5E2C" w:rsidRDefault="00752F70" w:rsidP="00D42E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sz w:val="22"/>
          <w:lang w:val="sk-SK"/>
        </w:rPr>
        <w:t xml:space="preserve">Aké testovacie batérie, didaktické testy alebo skríningové nástroje boli na škole použité? </w:t>
      </w:r>
      <w:r w:rsidR="00D42EA7">
        <w:rPr>
          <w:rFonts w:cs="Arial"/>
          <w:sz w:val="22"/>
          <w:lang w:val="sk-SK"/>
        </w:rPr>
        <w:t>...................................................................................................................................</w:t>
      </w:r>
      <w:r w:rsidR="005005BF">
        <w:rPr>
          <w:rFonts w:cs="Arial"/>
          <w:sz w:val="22"/>
          <w:lang w:val="sk-SK"/>
        </w:rPr>
        <w:t>..</w:t>
      </w:r>
      <w:r w:rsidR="00D42EA7">
        <w:rPr>
          <w:rFonts w:cs="Arial"/>
          <w:sz w:val="22"/>
          <w:lang w:val="sk-SK"/>
        </w:rPr>
        <w:t>...........................................</w:t>
      </w:r>
    </w:p>
    <w:p w14:paraId="13FC8099" w14:textId="31F9E2ED" w:rsidR="00752F70" w:rsidRPr="001C5E2C" w:rsidRDefault="00752F70" w:rsidP="00D42E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sz w:val="22"/>
          <w:lang w:val="sk-SK"/>
        </w:rPr>
        <w:t>S akým záverom?</w:t>
      </w:r>
      <w:r w:rsidR="00D42EA7">
        <w:rPr>
          <w:rFonts w:cs="Arial"/>
          <w:sz w:val="22"/>
          <w:lang w:val="sk-SK"/>
        </w:rPr>
        <w:t xml:space="preserve"> ...................................................................................................</w:t>
      </w:r>
      <w:r w:rsidR="005005BF">
        <w:rPr>
          <w:rFonts w:cs="Arial"/>
          <w:sz w:val="22"/>
          <w:lang w:val="sk-SK"/>
        </w:rPr>
        <w:t>..</w:t>
      </w:r>
      <w:r w:rsidR="00D42EA7">
        <w:rPr>
          <w:rFonts w:cs="Arial"/>
          <w:sz w:val="22"/>
          <w:lang w:val="sk-SK"/>
        </w:rPr>
        <w:t>.............................................</w:t>
      </w:r>
    </w:p>
    <w:p w14:paraId="58DE2511" w14:textId="77777777" w:rsidR="00752F70" w:rsidRPr="001C5E2C" w:rsidRDefault="00752F70" w:rsidP="00D42E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b/>
          <w:bCs/>
          <w:sz w:val="22"/>
          <w:lang w:val="sk-SK"/>
        </w:rPr>
        <w:t>Konkrétny obsah intervencií (na čo boli cielené):</w:t>
      </w:r>
    </w:p>
    <w:p w14:paraId="5D40D733" w14:textId="56BCA76C" w:rsidR="00752F70" w:rsidRPr="001C5E2C" w:rsidRDefault="00752F70" w:rsidP="00D42E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sz w:val="22"/>
          <w:lang w:val="sk-SK"/>
        </w:rPr>
        <w:t xml:space="preserve">(napr. stimulácia fonematického uvedomovania, zraková diferenciácia, nácvik grafomotoriky, stratégie učenia sa, tréning emočnej regulácie, </w:t>
      </w:r>
      <w:r w:rsidR="0074566F">
        <w:rPr>
          <w:rFonts w:cs="Arial"/>
          <w:sz w:val="22"/>
          <w:lang w:val="sk-SK"/>
        </w:rPr>
        <w:t>krízová intervencia, psychologické</w:t>
      </w:r>
      <w:r w:rsidR="003B2A24">
        <w:rPr>
          <w:rFonts w:cs="Arial"/>
          <w:sz w:val="22"/>
          <w:lang w:val="sk-SK"/>
        </w:rPr>
        <w:t xml:space="preserve"> </w:t>
      </w:r>
      <w:r w:rsidR="0074566F">
        <w:rPr>
          <w:rFonts w:cs="Arial"/>
          <w:sz w:val="22"/>
          <w:lang w:val="sk-SK"/>
        </w:rPr>
        <w:t xml:space="preserve"> poradenstvo</w:t>
      </w:r>
      <w:r w:rsidR="003B2A24">
        <w:rPr>
          <w:rFonts w:cs="Arial"/>
          <w:sz w:val="22"/>
          <w:lang w:val="sk-SK"/>
        </w:rPr>
        <w:t>,</w:t>
      </w:r>
      <w:r w:rsidR="0074566F" w:rsidRPr="001C5E2C">
        <w:rPr>
          <w:rFonts w:cs="Arial"/>
          <w:sz w:val="22"/>
          <w:lang w:val="sk-SK"/>
        </w:rPr>
        <w:t xml:space="preserve"> </w:t>
      </w:r>
      <w:r w:rsidRPr="001C5E2C">
        <w:rPr>
          <w:rFonts w:cs="Arial"/>
          <w:sz w:val="22"/>
          <w:lang w:val="sk-SK"/>
        </w:rPr>
        <w:t>iné…):</w:t>
      </w:r>
      <w:r w:rsidR="00D42EA7">
        <w:rPr>
          <w:rFonts w:cs="Arial"/>
          <w:sz w:val="22"/>
          <w:lang w:val="sk-SK"/>
        </w:rPr>
        <w:t xml:space="preserve"> </w:t>
      </w:r>
    </w:p>
    <w:p w14:paraId="1B8CB5C4" w14:textId="7E67F447" w:rsidR="00752F70" w:rsidRDefault="00752F70" w:rsidP="00D42E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sz w:val="22"/>
          <w:lang w:val="sk-SK"/>
        </w:rPr>
        <w:t>............................................................................................................................................................</w:t>
      </w:r>
      <w:r w:rsidR="00D42EA7">
        <w:rPr>
          <w:rFonts w:cs="Arial"/>
          <w:sz w:val="22"/>
          <w:lang w:val="sk-SK"/>
        </w:rPr>
        <w:t>...................</w:t>
      </w:r>
      <w:r w:rsidRPr="001C5E2C">
        <w:rPr>
          <w:rFonts w:cs="Arial"/>
          <w:sz w:val="22"/>
          <w:lang w:val="sk-SK"/>
        </w:rPr>
        <w:t>.</w:t>
      </w:r>
    </w:p>
    <w:p w14:paraId="751341A0" w14:textId="5558DF35" w:rsidR="00D42EA7" w:rsidRDefault="00D42EA7" w:rsidP="00D42E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>
        <w:rPr>
          <w:rFonts w:cs="Arial"/>
          <w:sz w:val="22"/>
          <w:lang w:val="sk-SK"/>
        </w:rPr>
        <w:t>................................................................................................................................................................................</w:t>
      </w:r>
    </w:p>
    <w:p w14:paraId="4D77C6C0" w14:textId="214BD253" w:rsidR="00D42EA7" w:rsidRPr="001C5E2C" w:rsidRDefault="00D42EA7" w:rsidP="00D42E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>
        <w:rPr>
          <w:rFonts w:cs="Arial"/>
          <w:sz w:val="22"/>
          <w:lang w:val="sk-SK"/>
        </w:rPr>
        <w:t>................................................................................................................................................................................</w:t>
      </w:r>
    </w:p>
    <w:p w14:paraId="49D4223D" w14:textId="34F903AF" w:rsidR="00752F70" w:rsidRPr="001C5E2C" w:rsidRDefault="00752F70" w:rsidP="00D42E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sz w:val="22"/>
          <w:lang w:val="sk-SK"/>
        </w:rPr>
        <w:t>Čo sa vďaka intervenciám ŠPT preukázateľne zlepšilo? ...............................................................</w:t>
      </w:r>
      <w:r w:rsidR="00D42EA7">
        <w:rPr>
          <w:rFonts w:cs="Arial"/>
          <w:sz w:val="22"/>
          <w:lang w:val="sk-SK"/>
        </w:rPr>
        <w:t>......................</w:t>
      </w:r>
      <w:r w:rsidRPr="001C5E2C">
        <w:rPr>
          <w:rFonts w:cs="Arial"/>
          <w:sz w:val="22"/>
          <w:lang w:val="sk-SK"/>
        </w:rPr>
        <w:t>.</w:t>
      </w:r>
    </w:p>
    <w:p w14:paraId="6A326749" w14:textId="776B55A6" w:rsidR="00752F70" w:rsidRPr="001C5E2C" w:rsidRDefault="00752F70" w:rsidP="00D42EA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sz w:val="22"/>
          <w:lang w:val="sk-SK"/>
        </w:rPr>
        <w:t>V ktorej oblasti nastala stagnácia alebo zhoršenie? ........................................................................</w:t>
      </w:r>
      <w:r w:rsidR="00D42EA7">
        <w:rPr>
          <w:rFonts w:cs="Arial"/>
          <w:sz w:val="22"/>
          <w:lang w:val="sk-SK"/>
        </w:rPr>
        <w:t>......................</w:t>
      </w:r>
    </w:p>
    <w:p w14:paraId="67C44464" w14:textId="4EB2AFB2" w:rsidR="004819EE" w:rsidRDefault="00752F70" w:rsidP="008D2CC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sz w:val="22"/>
          <w:lang w:val="sk-SK"/>
        </w:rPr>
        <w:t>Prečo je podľa ŠPT potrebné posunúť žiaka</w:t>
      </w:r>
      <w:r w:rsidR="00A9042C" w:rsidRPr="001C5E2C">
        <w:rPr>
          <w:rFonts w:cs="Arial"/>
          <w:sz w:val="22"/>
          <w:lang w:val="sk-SK"/>
        </w:rPr>
        <w:t>/žiačku</w:t>
      </w:r>
      <w:r w:rsidRPr="001C5E2C">
        <w:rPr>
          <w:rFonts w:cs="Arial"/>
          <w:sz w:val="22"/>
          <w:lang w:val="sk-SK"/>
        </w:rPr>
        <w:t xml:space="preserve"> do starostlivosti CPP (3. stupeň</w:t>
      </w:r>
      <w:r w:rsidR="004819EE">
        <w:rPr>
          <w:rFonts w:cs="Arial"/>
          <w:sz w:val="22"/>
          <w:lang w:val="sk-SK"/>
        </w:rPr>
        <w:t xml:space="preserve"> </w:t>
      </w:r>
      <w:r w:rsidRPr="001C5E2C">
        <w:rPr>
          <w:rFonts w:cs="Arial"/>
          <w:sz w:val="22"/>
          <w:lang w:val="sk-SK"/>
        </w:rPr>
        <w:t>podpory)?</w:t>
      </w:r>
      <w:r w:rsidR="00D42EA7">
        <w:rPr>
          <w:rFonts w:cs="Arial"/>
          <w:sz w:val="22"/>
          <w:lang w:val="sk-SK"/>
        </w:rPr>
        <w:t>...........</w:t>
      </w:r>
      <w:r w:rsidR="004819EE">
        <w:rPr>
          <w:rFonts w:cs="Arial"/>
          <w:sz w:val="22"/>
          <w:lang w:val="sk-SK"/>
        </w:rPr>
        <w:t>...............</w:t>
      </w:r>
    </w:p>
    <w:p w14:paraId="380B2651" w14:textId="30C1D3AD" w:rsidR="004819EE" w:rsidRDefault="004819EE" w:rsidP="004819E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>
        <w:rPr>
          <w:rFonts w:cs="Arial"/>
          <w:sz w:val="22"/>
          <w:lang w:val="sk-SK"/>
        </w:rPr>
        <w:t>................................................................................................................................................................................</w:t>
      </w:r>
    </w:p>
    <w:p w14:paraId="16E2667F" w14:textId="52AC6716" w:rsidR="004819EE" w:rsidRDefault="004819EE" w:rsidP="004819E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>
        <w:rPr>
          <w:rFonts w:cs="Arial"/>
          <w:sz w:val="22"/>
          <w:lang w:val="sk-SK"/>
        </w:rPr>
        <w:t>................................................................................................................................................................................</w:t>
      </w:r>
    </w:p>
    <w:p w14:paraId="6B6A447E" w14:textId="77777777" w:rsidR="00FF523B" w:rsidRPr="005F17C7" w:rsidRDefault="00FF523B" w:rsidP="005F17C7">
      <w:pPr>
        <w:pStyle w:val="Nadpis2"/>
        <w:rPr>
          <w:rFonts w:ascii="Arial" w:hAnsi="Arial" w:cs="Arial"/>
          <w:lang w:val="sk-SK" w:eastAsia="sk-SK"/>
        </w:rPr>
      </w:pPr>
      <w:r w:rsidRPr="005F17C7">
        <w:rPr>
          <w:rFonts w:ascii="Arial" w:hAnsi="Arial" w:cs="Arial"/>
          <w:lang w:val="sk-SK" w:eastAsia="sk-SK"/>
        </w:rPr>
        <w:t>5. OSOBNOSŤ A EMOCIONALITA DIEŤAŤA</w:t>
      </w:r>
    </w:p>
    <w:p w14:paraId="37C20A4A" w14:textId="5BB3A055" w:rsidR="00FF523B" w:rsidRDefault="00FF523B" w:rsidP="005F17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FF523B">
        <w:rPr>
          <w:rFonts w:cs="Arial"/>
          <w:sz w:val="22"/>
          <w:lang w:val="sk-SK"/>
        </w:rPr>
        <w:t>Ktoré oblasti osobnostného alebo emocionálneho fungovania podľa Vás vyžadujú podporu?..................</w:t>
      </w:r>
      <w:r w:rsidR="005F17C7">
        <w:rPr>
          <w:rFonts w:cs="Arial"/>
          <w:sz w:val="22"/>
          <w:lang w:val="sk-SK"/>
        </w:rPr>
        <w:t>..........</w:t>
      </w:r>
    </w:p>
    <w:p w14:paraId="151AD1FF" w14:textId="5112C101" w:rsidR="005F17C7" w:rsidRPr="00FF523B" w:rsidRDefault="005F17C7" w:rsidP="005F17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>
        <w:rPr>
          <w:rFonts w:cs="Arial"/>
          <w:sz w:val="22"/>
          <w:lang w:val="sk-SK"/>
        </w:rPr>
        <w:t>..............................................................................................................................................................................</w:t>
      </w:r>
    </w:p>
    <w:p w14:paraId="2A118E74" w14:textId="0D6DDBBF" w:rsidR="00FF523B" w:rsidRPr="00FF523B" w:rsidRDefault="00FF523B" w:rsidP="005F17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FF523B">
        <w:rPr>
          <w:rFonts w:cs="Arial"/>
          <w:sz w:val="22"/>
          <w:lang w:val="sk-SK"/>
        </w:rPr>
        <w:t>Čo dieťa typicky upokojuje, motivuje alebo mu pomáha zvládať náročné situácie?</w:t>
      </w:r>
      <w:r w:rsidR="0036452D">
        <w:rPr>
          <w:rFonts w:cs="Arial"/>
          <w:sz w:val="22"/>
          <w:lang w:val="sk-SK"/>
        </w:rPr>
        <w:t>............................................</w:t>
      </w:r>
    </w:p>
    <w:p w14:paraId="7E92BC3F" w14:textId="648E4C72" w:rsidR="00FF523B" w:rsidRPr="00FF523B" w:rsidRDefault="00FF523B" w:rsidP="005F17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FF523B">
        <w:rPr>
          <w:rFonts w:cs="Arial"/>
          <w:sz w:val="22"/>
          <w:lang w:val="sk-SK"/>
        </w:rPr>
        <w:t>........................................................................................................................................</w:t>
      </w:r>
      <w:r w:rsidR="0036452D">
        <w:rPr>
          <w:rFonts w:cs="Arial"/>
          <w:sz w:val="22"/>
          <w:lang w:val="sk-SK"/>
        </w:rPr>
        <w:t>.....................................</w:t>
      </w:r>
    </w:p>
    <w:p w14:paraId="5E4CC15C" w14:textId="76C2B79E" w:rsidR="00FF523B" w:rsidRPr="00FF523B" w:rsidRDefault="00FF523B" w:rsidP="005F17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FF523B">
        <w:rPr>
          <w:rFonts w:cs="Arial"/>
          <w:sz w:val="22"/>
          <w:lang w:val="sk-SK"/>
        </w:rPr>
        <w:lastRenderedPageBreak/>
        <w:t>V čom sa podľa Vás dieťa odlišuje od svojich rovesníkov? Uveďte konkrétne prejavy.</w:t>
      </w:r>
      <w:r w:rsidR="0036452D">
        <w:rPr>
          <w:rFonts w:cs="Arial"/>
          <w:sz w:val="22"/>
          <w:lang w:val="sk-SK"/>
        </w:rPr>
        <w:t>........................................</w:t>
      </w:r>
    </w:p>
    <w:p w14:paraId="41A2C5A8" w14:textId="18BD8A1C" w:rsidR="00FF523B" w:rsidRPr="00FF523B" w:rsidRDefault="00FF523B" w:rsidP="005F17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FF523B">
        <w:rPr>
          <w:rFonts w:cs="Arial"/>
          <w:sz w:val="22"/>
          <w:lang w:val="sk-SK"/>
        </w:rPr>
        <w:t>.......................................................................................................................................</w:t>
      </w:r>
      <w:r w:rsidR="0036452D">
        <w:rPr>
          <w:rFonts w:cs="Arial"/>
          <w:sz w:val="22"/>
          <w:lang w:val="sk-SK"/>
        </w:rPr>
        <w:t>.......................................</w:t>
      </w:r>
      <w:r w:rsidRPr="00FF523B">
        <w:rPr>
          <w:rFonts w:cs="Arial"/>
          <w:sz w:val="22"/>
          <w:lang w:val="sk-SK"/>
        </w:rPr>
        <w:t>.</w:t>
      </w:r>
    </w:p>
    <w:p w14:paraId="1C8592B4" w14:textId="79A980E5" w:rsidR="00FF523B" w:rsidRPr="00FF523B" w:rsidRDefault="00FF523B" w:rsidP="005F17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FF523B">
        <w:rPr>
          <w:rFonts w:cs="Arial"/>
          <w:sz w:val="22"/>
          <w:lang w:val="sk-SK"/>
        </w:rPr>
        <w:t>Ako dieťa reaguje na záťaž, zvýšené nároky, zmenu alebo neúspech?</w:t>
      </w:r>
      <w:r w:rsidR="0036452D">
        <w:rPr>
          <w:rFonts w:cs="Arial"/>
          <w:sz w:val="22"/>
          <w:lang w:val="sk-SK"/>
        </w:rPr>
        <w:t>................................................................</w:t>
      </w:r>
    </w:p>
    <w:p w14:paraId="4B59C09B" w14:textId="3BBA86F5" w:rsidR="00FF523B" w:rsidRPr="00FF523B" w:rsidRDefault="00FF523B" w:rsidP="005F17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FF523B">
        <w:rPr>
          <w:rFonts w:cs="Arial"/>
          <w:sz w:val="22"/>
          <w:lang w:val="sk-SK"/>
        </w:rPr>
        <w:t>.....................................................................................................................................</w:t>
      </w:r>
      <w:r w:rsidR="0036452D">
        <w:rPr>
          <w:rFonts w:cs="Arial"/>
          <w:sz w:val="22"/>
          <w:lang w:val="sk-SK"/>
        </w:rPr>
        <w:t>.......................................</w:t>
      </w:r>
      <w:r w:rsidRPr="00FF523B">
        <w:rPr>
          <w:rFonts w:cs="Arial"/>
          <w:sz w:val="22"/>
          <w:lang w:val="sk-SK"/>
        </w:rPr>
        <w:t>...</w:t>
      </w:r>
    </w:p>
    <w:p w14:paraId="4D3EE382" w14:textId="10CA0077" w:rsidR="00FF523B" w:rsidRPr="00FF523B" w:rsidRDefault="00FF523B" w:rsidP="005F17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FF523B">
        <w:rPr>
          <w:rFonts w:cs="Arial"/>
          <w:sz w:val="22"/>
          <w:lang w:val="sk-SK"/>
        </w:rPr>
        <w:t>Ako dieťa reguluje emócie a správanie v náročnejších situáciách?</w:t>
      </w:r>
      <w:r w:rsidR="0036452D">
        <w:rPr>
          <w:rFonts w:cs="Arial"/>
          <w:sz w:val="22"/>
          <w:lang w:val="sk-SK"/>
        </w:rPr>
        <w:t>......................................................................</w:t>
      </w:r>
    </w:p>
    <w:p w14:paraId="0EFB2E11" w14:textId="7A64F0B1" w:rsidR="00F83F2F" w:rsidRPr="0036452D" w:rsidRDefault="00FF523B" w:rsidP="003645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FF523B">
        <w:rPr>
          <w:rFonts w:cs="Arial"/>
          <w:sz w:val="22"/>
          <w:lang w:val="sk-SK"/>
        </w:rPr>
        <w:t>.........................................................................................................................</w:t>
      </w:r>
      <w:r w:rsidR="0036452D">
        <w:rPr>
          <w:rFonts w:cs="Arial"/>
          <w:sz w:val="22"/>
          <w:lang w:val="sk-SK"/>
        </w:rPr>
        <w:t>.......................................</w:t>
      </w:r>
      <w:r w:rsidRPr="00FF523B">
        <w:rPr>
          <w:rFonts w:cs="Arial"/>
          <w:sz w:val="22"/>
          <w:lang w:val="sk-SK"/>
        </w:rPr>
        <w:t>...............</w:t>
      </w:r>
    </w:p>
    <w:p w14:paraId="6F874F26" w14:textId="4B743BC3" w:rsidR="00581CBC" w:rsidRPr="0036452D" w:rsidRDefault="00581CBC" w:rsidP="0036452D">
      <w:pPr>
        <w:pStyle w:val="Nadpis2"/>
        <w:spacing w:line="360" w:lineRule="auto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6</w:t>
      </w:r>
      <w:r w:rsidRPr="004819EE">
        <w:rPr>
          <w:rFonts w:ascii="Arial" w:hAnsi="Arial" w:cs="Arial"/>
          <w:lang w:val="sk-SK"/>
        </w:rPr>
        <w:t xml:space="preserve">. SILNÉ STRÁNKY </w:t>
      </w:r>
      <w:r w:rsidR="0036452D">
        <w:rPr>
          <w:rFonts w:ascii="Arial" w:hAnsi="Arial" w:cs="Arial"/>
          <w:lang w:val="sk-SK"/>
        </w:rPr>
        <w:t>DIEŤAŤA</w:t>
      </w:r>
    </w:p>
    <w:p w14:paraId="4FF8B49B" w14:textId="7EFC6EF9" w:rsidR="008C29D6" w:rsidRPr="001C5E2C" w:rsidRDefault="00B60283" w:rsidP="003645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36452D">
        <w:rPr>
          <w:rFonts w:cs="Arial"/>
          <w:sz w:val="22"/>
          <w:lang w:val="sk-SK"/>
        </w:rPr>
        <w:t>Oblasti, v ktorých je úspešný/á:</w:t>
      </w:r>
      <w:r w:rsidR="00DC094F" w:rsidRPr="0036452D">
        <w:rPr>
          <w:rFonts w:cs="Arial"/>
          <w:sz w:val="22"/>
          <w:lang w:val="sk-SK"/>
        </w:rPr>
        <w:t xml:space="preserve"> ........................</w:t>
      </w:r>
      <w:r w:rsidR="004819EE" w:rsidRPr="0036452D">
        <w:rPr>
          <w:rFonts w:cs="Arial"/>
          <w:sz w:val="22"/>
          <w:lang w:val="sk-SK"/>
        </w:rPr>
        <w:t>.....................................................................................................</w:t>
      </w:r>
      <w:r w:rsidRPr="001C5E2C">
        <w:rPr>
          <w:rFonts w:cs="Arial"/>
          <w:sz w:val="22"/>
          <w:lang w:val="sk-SK"/>
        </w:rPr>
        <w:t xml:space="preserve"> </w:t>
      </w:r>
    </w:p>
    <w:p w14:paraId="7915A71C" w14:textId="3385F84C" w:rsidR="00DC094F" w:rsidRPr="0036452D" w:rsidRDefault="00B60283" w:rsidP="003645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36452D">
        <w:rPr>
          <w:rFonts w:cs="Arial"/>
          <w:sz w:val="22"/>
          <w:lang w:val="sk-SK"/>
        </w:rPr>
        <w:t>Čo žiakovi/žiačke pomáha pri učení a zvládaní školských nárokov?</w:t>
      </w:r>
      <w:r w:rsidR="00DC094F" w:rsidRPr="0036452D">
        <w:rPr>
          <w:rFonts w:cs="Arial"/>
          <w:sz w:val="22"/>
          <w:lang w:val="sk-SK"/>
        </w:rPr>
        <w:t xml:space="preserve"> ............................</w:t>
      </w:r>
      <w:r w:rsidR="004819EE" w:rsidRPr="0036452D">
        <w:rPr>
          <w:rFonts w:cs="Arial"/>
          <w:sz w:val="22"/>
          <w:lang w:val="sk-SK"/>
        </w:rPr>
        <w:t>...................</w:t>
      </w:r>
      <w:r w:rsidR="005005BF" w:rsidRPr="0036452D">
        <w:rPr>
          <w:rFonts w:cs="Arial"/>
          <w:sz w:val="22"/>
          <w:lang w:val="sk-SK"/>
        </w:rPr>
        <w:t>.</w:t>
      </w:r>
      <w:r w:rsidR="004819EE" w:rsidRPr="0036452D">
        <w:rPr>
          <w:rFonts w:cs="Arial"/>
          <w:sz w:val="22"/>
          <w:lang w:val="sk-SK"/>
        </w:rPr>
        <w:t>....................</w:t>
      </w:r>
    </w:p>
    <w:p w14:paraId="6C41C94C" w14:textId="3278D93C" w:rsidR="00DC094F" w:rsidRPr="0036452D" w:rsidRDefault="00FF523B" w:rsidP="003645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FF523B">
        <w:rPr>
          <w:rFonts w:cs="Arial"/>
          <w:sz w:val="22"/>
          <w:lang w:val="sk-SK"/>
        </w:rPr>
        <w:t>Záujmy, obľúbené činnosti a motivátory:....................................................</w:t>
      </w:r>
      <w:r w:rsidR="0036452D">
        <w:rPr>
          <w:rFonts w:cs="Arial"/>
          <w:sz w:val="22"/>
          <w:lang w:val="sk-SK"/>
        </w:rPr>
        <w:t>.......................</w:t>
      </w:r>
      <w:r w:rsidRPr="00FF523B">
        <w:rPr>
          <w:rFonts w:cs="Arial"/>
          <w:sz w:val="22"/>
          <w:lang w:val="sk-SK"/>
        </w:rPr>
        <w:t>.....................................</w:t>
      </w:r>
    </w:p>
    <w:p w14:paraId="4B33689B" w14:textId="709CD4CE" w:rsidR="00A9042C" w:rsidRPr="001C5E2C" w:rsidRDefault="0036452D" w:rsidP="00581D9D">
      <w:pPr>
        <w:pStyle w:val="Nadpis2"/>
        <w:spacing w:line="360" w:lineRule="auto"/>
        <w:rPr>
          <w:rFonts w:ascii="Arial" w:hAnsi="Arial" w:cs="Arial"/>
          <w:szCs w:val="22"/>
          <w:lang w:val="sk-SK"/>
        </w:rPr>
      </w:pPr>
      <w:r>
        <w:rPr>
          <w:rFonts w:ascii="Arial" w:hAnsi="Arial" w:cs="Arial"/>
          <w:lang w:val="sk-SK"/>
        </w:rPr>
        <w:t>7</w:t>
      </w:r>
      <w:r w:rsidR="00DC094F" w:rsidRPr="001C5E2C">
        <w:rPr>
          <w:rFonts w:ascii="Arial" w:hAnsi="Arial" w:cs="Arial"/>
          <w:lang w:val="sk-SK"/>
        </w:rPr>
        <w:t xml:space="preserve">. </w:t>
      </w:r>
      <w:r w:rsidR="00B60283" w:rsidRPr="001C5E2C">
        <w:rPr>
          <w:rFonts w:ascii="Arial" w:hAnsi="Arial" w:cs="Arial"/>
          <w:szCs w:val="22"/>
          <w:lang w:val="sk-SK"/>
        </w:rPr>
        <w:t>VZDELÁVACIE OBLASTI</w:t>
      </w:r>
    </w:p>
    <w:p w14:paraId="4E8953DD" w14:textId="5C65AC50" w:rsidR="00DC094F" w:rsidRPr="001C5E2C" w:rsidRDefault="0036452D" w:rsidP="00581D9D">
      <w:pPr>
        <w:pStyle w:val="Nadpis3"/>
        <w:spacing w:line="360" w:lineRule="auto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7</w:t>
      </w:r>
      <w:r w:rsidR="00DC094F" w:rsidRPr="001C5E2C">
        <w:rPr>
          <w:rFonts w:ascii="Arial" w:hAnsi="Arial" w:cs="Arial"/>
          <w:lang w:val="sk-SK"/>
        </w:rPr>
        <w:t>.1 R</w:t>
      </w:r>
      <w:r w:rsidR="0015154B" w:rsidRPr="001C5E2C">
        <w:rPr>
          <w:rFonts w:ascii="Arial" w:hAnsi="Arial" w:cs="Arial"/>
          <w:lang w:val="sk-SK"/>
        </w:rPr>
        <w:t>eč a jazykové zručnosti</w:t>
      </w:r>
    </w:p>
    <w:p w14:paraId="66A80312" w14:textId="34D1D784" w:rsidR="0015154B" w:rsidRPr="0036452D" w:rsidRDefault="00DC094F" w:rsidP="003645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36452D">
        <w:rPr>
          <w:rFonts w:cs="Arial"/>
          <w:sz w:val="22"/>
          <w:lang w:val="sk-SK"/>
        </w:rPr>
        <w:t>Z</w:t>
      </w:r>
      <w:r w:rsidR="0015154B" w:rsidRPr="0036452D">
        <w:rPr>
          <w:rFonts w:cs="Arial"/>
          <w:sz w:val="22"/>
          <w:lang w:val="sk-SK"/>
        </w:rPr>
        <w:t>rozumiteľnosť reči</w:t>
      </w:r>
      <w:r w:rsidRPr="0036452D">
        <w:rPr>
          <w:rFonts w:cs="Arial"/>
          <w:sz w:val="22"/>
          <w:lang w:val="sk-SK"/>
        </w:rPr>
        <w:t xml:space="preserve">: </w:t>
      </w:r>
      <w:r w:rsidR="0015154B" w:rsidRPr="0036452D">
        <w:rPr>
          <w:rFonts w:cs="Arial"/>
          <w:sz w:val="22"/>
          <w:lang w:val="sk-SK"/>
        </w:rPr>
        <w:t>.............</w:t>
      </w:r>
      <w:r w:rsidR="004819EE" w:rsidRPr="0036452D">
        <w:rPr>
          <w:rFonts w:cs="Arial"/>
          <w:sz w:val="22"/>
          <w:lang w:val="sk-SK"/>
        </w:rPr>
        <w:t>.................................................................................................................................</w:t>
      </w:r>
    </w:p>
    <w:p w14:paraId="568AC5C5" w14:textId="2F2EC121" w:rsidR="0015154B" w:rsidRPr="0036452D" w:rsidRDefault="004819EE" w:rsidP="003645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36452D">
        <w:rPr>
          <w:rFonts w:cs="Arial"/>
          <w:sz w:val="22"/>
          <w:lang w:val="sk-SK"/>
        </w:rPr>
        <w:t>S</w:t>
      </w:r>
      <w:r w:rsidR="0015154B" w:rsidRPr="0036452D">
        <w:rPr>
          <w:rFonts w:cs="Arial"/>
          <w:sz w:val="22"/>
          <w:lang w:val="sk-SK"/>
        </w:rPr>
        <w:t>lovná zásoba</w:t>
      </w:r>
      <w:r w:rsidRPr="0036452D">
        <w:rPr>
          <w:rFonts w:cs="Arial"/>
          <w:sz w:val="22"/>
          <w:lang w:val="sk-SK"/>
        </w:rPr>
        <w:t>: .....................................................................................................................................................</w:t>
      </w:r>
    </w:p>
    <w:p w14:paraId="33B73A50" w14:textId="3E3B237F" w:rsidR="0075027F" w:rsidRPr="0036452D" w:rsidRDefault="004819EE" w:rsidP="003645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36452D">
        <w:rPr>
          <w:rFonts w:cs="Arial"/>
          <w:sz w:val="22"/>
          <w:lang w:val="sk-SK"/>
        </w:rPr>
        <w:t>G</w:t>
      </w:r>
      <w:r w:rsidR="0015154B" w:rsidRPr="0036452D">
        <w:rPr>
          <w:rFonts w:cs="Arial"/>
          <w:sz w:val="22"/>
          <w:lang w:val="sk-SK"/>
        </w:rPr>
        <w:t>ramatická stránka reči (formulovanie viet, dysgramatizmy, stavba vety,...)</w:t>
      </w:r>
      <w:r w:rsidRPr="0036452D">
        <w:rPr>
          <w:rFonts w:cs="Arial"/>
          <w:sz w:val="22"/>
          <w:lang w:val="sk-SK"/>
        </w:rPr>
        <w:t>: ................................................</w:t>
      </w:r>
      <w:r w:rsidR="0075027F" w:rsidRPr="0036452D">
        <w:rPr>
          <w:rFonts w:cs="Arial"/>
          <w:sz w:val="22"/>
          <w:lang w:val="sk-SK"/>
        </w:rPr>
        <w:t>.</w:t>
      </w:r>
      <w:r w:rsidRPr="0036452D">
        <w:rPr>
          <w:rFonts w:cs="Arial"/>
          <w:sz w:val="22"/>
          <w:lang w:val="sk-SK"/>
        </w:rPr>
        <w:t>.....</w:t>
      </w:r>
    </w:p>
    <w:p w14:paraId="24D1F68D" w14:textId="70350CDB" w:rsidR="0015154B" w:rsidRPr="0036452D" w:rsidRDefault="0075027F" w:rsidP="003645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36452D">
        <w:rPr>
          <w:rFonts w:cs="Arial"/>
          <w:sz w:val="22"/>
          <w:lang w:val="sk-SK"/>
        </w:rPr>
        <w:t>...............................................................................................................................................................................</w:t>
      </w:r>
      <w:r w:rsidR="0015154B" w:rsidRPr="0036452D">
        <w:rPr>
          <w:rFonts w:cs="Arial"/>
          <w:sz w:val="22"/>
          <w:lang w:val="sk-SK"/>
        </w:rPr>
        <w:t xml:space="preserve"> </w:t>
      </w:r>
    </w:p>
    <w:p w14:paraId="754D0190" w14:textId="6EF42F49" w:rsidR="0015154B" w:rsidRPr="0036452D" w:rsidRDefault="00FF523B" w:rsidP="003645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36452D">
        <w:rPr>
          <w:rFonts w:cs="Arial"/>
          <w:sz w:val="22"/>
          <w:lang w:val="sk-SK"/>
        </w:rPr>
        <w:t>Schopnosť rozprávať o udalosti (naratívne schopnosti):</w:t>
      </w:r>
      <w:r w:rsidR="004819EE" w:rsidRPr="0036452D">
        <w:rPr>
          <w:rFonts w:cs="Arial"/>
          <w:sz w:val="22"/>
          <w:lang w:val="sk-SK"/>
        </w:rPr>
        <w:t>.....................................................................................</w:t>
      </w:r>
      <w:r w:rsidR="0075027F" w:rsidRPr="0036452D">
        <w:rPr>
          <w:rFonts w:cs="Arial"/>
          <w:sz w:val="22"/>
          <w:lang w:val="sk-SK"/>
        </w:rPr>
        <w:t>.</w:t>
      </w:r>
      <w:r w:rsidR="0015154B" w:rsidRPr="0036452D">
        <w:rPr>
          <w:rFonts w:cs="Arial"/>
          <w:sz w:val="22"/>
          <w:lang w:val="sk-SK"/>
        </w:rPr>
        <w:t>..</w:t>
      </w:r>
    </w:p>
    <w:p w14:paraId="7DCCF57D" w14:textId="0830C06D" w:rsidR="0075027F" w:rsidRPr="0036452D" w:rsidRDefault="0075027F" w:rsidP="003645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36452D">
        <w:rPr>
          <w:rFonts w:cs="Arial"/>
          <w:sz w:val="22"/>
          <w:lang w:val="sk-SK"/>
        </w:rPr>
        <w:t>...............................................................................................................................................................................</w:t>
      </w:r>
    </w:p>
    <w:p w14:paraId="06B86049" w14:textId="78EE1436" w:rsidR="004819EE" w:rsidRPr="0036452D" w:rsidRDefault="00FF523B" w:rsidP="003645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36452D">
        <w:rPr>
          <w:rFonts w:cs="Arial"/>
          <w:sz w:val="22"/>
          <w:lang w:val="sk-SK"/>
        </w:rPr>
        <w:t>Porozumenie pokynom, otázkam:</w:t>
      </w:r>
      <w:r w:rsidR="004819EE" w:rsidRPr="0036452D">
        <w:rPr>
          <w:rFonts w:cs="Arial"/>
          <w:sz w:val="22"/>
          <w:lang w:val="sk-SK"/>
        </w:rPr>
        <w:t>.....................................................................................</w:t>
      </w:r>
      <w:r w:rsidR="0036452D">
        <w:rPr>
          <w:rFonts w:cs="Arial"/>
          <w:sz w:val="22"/>
          <w:lang w:val="sk-SK"/>
        </w:rPr>
        <w:t>...................................</w:t>
      </w:r>
      <w:r w:rsidR="0075027F" w:rsidRPr="0036452D">
        <w:rPr>
          <w:rFonts w:cs="Arial"/>
          <w:sz w:val="22"/>
          <w:lang w:val="sk-SK"/>
        </w:rPr>
        <w:t>.</w:t>
      </w:r>
    </w:p>
    <w:p w14:paraId="554236F7" w14:textId="759791BD" w:rsidR="0075027F" w:rsidRPr="0036452D" w:rsidRDefault="0075027F" w:rsidP="003645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36452D">
        <w:rPr>
          <w:rFonts w:cs="Arial"/>
          <w:sz w:val="22"/>
          <w:lang w:val="sk-SK"/>
        </w:rPr>
        <w:t>...............................................................................................................................................................................</w:t>
      </w:r>
    </w:p>
    <w:p w14:paraId="04FA4C92" w14:textId="57EB47D5" w:rsidR="00D76E88" w:rsidRPr="00D76E88" w:rsidRDefault="00D76E88" w:rsidP="003645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D76E88">
        <w:rPr>
          <w:rFonts w:cs="Arial"/>
          <w:sz w:val="22"/>
          <w:lang w:val="sk-SK"/>
        </w:rPr>
        <w:t>Pragmatická komunikácia (kontakt, striedanie v komunikácii, téma rozhovoru):</w:t>
      </w:r>
      <w:r w:rsidR="0036452D">
        <w:rPr>
          <w:rFonts w:cs="Arial"/>
          <w:sz w:val="22"/>
          <w:lang w:val="sk-SK"/>
        </w:rPr>
        <w:t>...................................................</w:t>
      </w:r>
    </w:p>
    <w:p w14:paraId="52BF039C" w14:textId="079D9553" w:rsidR="00D76E88" w:rsidRPr="0036452D" w:rsidRDefault="00D76E88" w:rsidP="003645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D76E88">
        <w:rPr>
          <w:rFonts w:cs="Arial"/>
          <w:sz w:val="22"/>
          <w:lang w:val="sk-SK"/>
        </w:rPr>
        <w:t>...................................................................................................................................</w:t>
      </w:r>
      <w:r w:rsidR="0036452D">
        <w:rPr>
          <w:rFonts w:cs="Arial"/>
          <w:sz w:val="22"/>
          <w:lang w:val="sk-SK"/>
        </w:rPr>
        <w:t>.......................................</w:t>
      </w:r>
      <w:r w:rsidRPr="00D76E88">
        <w:rPr>
          <w:rFonts w:cs="Arial"/>
          <w:sz w:val="22"/>
          <w:lang w:val="sk-SK"/>
        </w:rPr>
        <w:t>.....</w:t>
      </w:r>
    </w:p>
    <w:p w14:paraId="4D0CE9B2" w14:textId="3329050A" w:rsidR="00D76E88" w:rsidRPr="0036452D" w:rsidRDefault="00D76E88" w:rsidP="003645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36452D">
        <w:rPr>
          <w:rFonts w:cs="Arial"/>
          <w:sz w:val="22"/>
          <w:lang w:val="sk-SK"/>
        </w:rPr>
        <w:t>Používanie  slov v inom jazyku (napr</w:t>
      </w:r>
      <w:r w:rsidR="0036452D">
        <w:rPr>
          <w:rFonts w:cs="Arial"/>
          <w:sz w:val="22"/>
          <w:lang w:val="sk-SK"/>
        </w:rPr>
        <w:t>. anglických</w:t>
      </w:r>
      <w:r w:rsidRPr="0036452D">
        <w:rPr>
          <w:rFonts w:cs="Arial"/>
          <w:sz w:val="22"/>
          <w:lang w:val="sk-SK"/>
        </w:rPr>
        <w:t>..):.................................................................</w:t>
      </w:r>
      <w:r w:rsidR="0036452D">
        <w:rPr>
          <w:rFonts w:cs="Arial"/>
          <w:sz w:val="22"/>
          <w:lang w:val="sk-SK"/>
        </w:rPr>
        <w:t>.</w:t>
      </w:r>
      <w:r w:rsidRPr="0036452D">
        <w:rPr>
          <w:rFonts w:cs="Arial"/>
          <w:sz w:val="22"/>
          <w:lang w:val="sk-SK"/>
        </w:rPr>
        <w:t>..........................</w:t>
      </w:r>
      <w:r w:rsidR="0036452D">
        <w:rPr>
          <w:rFonts w:cs="Arial"/>
          <w:sz w:val="22"/>
          <w:lang w:val="sk-SK"/>
        </w:rPr>
        <w:t>.</w:t>
      </w:r>
    </w:p>
    <w:p w14:paraId="272F73DC" w14:textId="7DCD9560" w:rsidR="008F1BB3" w:rsidRDefault="004819EE" w:rsidP="0036452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eastAsia="Times New Roman" w:cs="Arial"/>
          <w:sz w:val="22"/>
          <w:lang w:val="sk-SK" w:eastAsia="sk-SK"/>
        </w:rPr>
      </w:pPr>
      <w:r w:rsidRPr="0036452D">
        <w:rPr>
          <w:rFonts w:cs="Arial"/>
          <w:sz w:val="22"/>
          <w:lang w:val="sk-SK"/>
        </w:rPr>
        <w:t>I</w:t>
      </w:r>
      <w:r w:rsidR="0015154B" w:rsidRPr="0036452D">
        <w:rPr>
          <w:rFonts w:cs="Arial"/>
          <w:sz w:val="22"/>
          <w:lang w:val="sk-SK"/>
        </w:rPr>
        <w:t>né</w:t>
      </w:r>
      <w:r w:rsidRPr="0036452D">
        <w:rPr>
          <w:rFonts w:cs="Arial"/>
          <w:sz w:val="22"/>
          <w:lang w:val="sk-SK"/>
        </w:rPr>
        <w:t>: .................................................................................................................................................................</w:t>
      </w:r>
      <w:r w:rsidR="0075027F" w:rsidRPr="0036452D">
        <w:rPr>
          <w:rFonts w:cs="Arial"/>
          <w:sz w:val="22"/>
          <w:lang w:val="sk-SK"/>
        </w:rPr>
        <w:t>.</w:t>
      </w:r>
      <w:r w:rsidRPr="0036452D">
        <w:rPr>
          <w:rFonts w:cs="Arial"/>
          <w:sz w:val="22"/>
          <w:lang w:val="sk-SK"/>
        </w:rPr>
        <w:t>......</w:t>
      </w:r>
    </w:p>
    <w:p w14:paraId="5C6615A4" w14:textId="77777777" w:rsidR="00E70DA7" w:rsidRPr="001C5E2C" w:rsidRDefault="00E70DA7" w:rsidP="004819EE">
      <w:pPr>
        <w:spacing w:after="0" w:line="360" w:lineRule="auto"/>
        <w:rPr>
          <w:rFonts w:eastAsia="Times New Roman" w:cs="Arial"/>
          <w:sz w:val="22"/>
          <w:lang w:val="sk-SK" w:eastAsia="sk-SK"/>
        </w:rPr>
      </w:pPr>
    </w:p>
    <w:p w14:paraId="6707772F" w14:textId="231A49ED" w:rsidR="008F1BB3" w:rsidRPr="001C5E2C" w:rsidRDefault="00390B72" w:rsidP="00390B72">
      <w:pPr>
        <w:pStyle w:val="Nadpis3"/>
        <w:spacing w:before="0" w:line="360" w:lineRule="auto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7.2 </w:t>
      </w:r>
      <w:r w:rsidR="00DC094F" w:rsidRPr="001C5E2C">
        <w:rPr>
          <w:rFonts w:ascii="Arial" w:hAnsi="Arial" w:cs="Arial"/>
          <w:lang w:val="sk-SK"/>
        </w:rPr>
        <w:t>Motorika</w:t>
      </w:r>
      <w:r w:rsidR="00D76E88">
        <w:rPr>
          <w:rFonts w:ascii="Arial" w:hAnsi="Arial" w:cs="Arial"/>
          <w:lang w:val="sk-SK"/>
        </w:rPr>
        <w:t xml:space="preserve"> a</w:t>
      </w:r>
      <w:r w:rsidR="00DC094F" w:rsidRPr="001C5E2C">
        <w:rPr>
          <w:rFonts w:ascii="Arial" w:hAnsi="Arial" w:cs="Arial"/>
          <w:lang w:val="sk-SK"/>
        </w:rPr>
        <w:t xml:space="preserve"> grafomotorika</w:t>
      </w:r>
    </w:p>
    <w:p w14:paraId="1757D5E8" w14:textId="0CCABBBA" w:rsidR="008F1BB3" w:rsidRPr="001C5E2C" w:rsidRDefault="00DC094F" w:rsidP="00390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1C5E2C">
        <w:rPr>
          <w:rFonts w:cs="Arial"/>
          <w:sz w:val="22"/>
          <w:lang w:val="sk-SK"/>
        </w:rPr>
        <w:t>J</w:t>
      </w:r>
      <w:r w:rsidR="008F1BB3" w:rsidRPr="001C5E2C">
        <w:rPr>
          <w:rFonts w:cs="Arial"/>
          <w:sz w:val="22"/>
          <w:lang w:val="sk-SK"/>
        </w:rPr>
        <w:t>emná motorika</w:t>
      </w:r>
      <w:r w:rsidR="005C127D">
        <w:rPr>
          <w:rFonts w:cs="Arial"/>
          <w:sz w:val="22"/>
          <w:lang w:val="sk-SK"/>
        </w:rPr>
        <w:t xml:space="preserve"> </w:t>
      </w:r>
      <w:r w:rsidR="00390B72">
        <w:rPr>
          <w:rFonts w:cs="Arial"/>
          <w:sz w:val="22"/>
          <w:lang w:val="sk-SK"/>
        </w:rPr>
        <w:t>(</w:t>
      </w:r>
      <w:r w:rsidR="005C127D" w:rsidRPr="00390B72">
        <w:rPr>
          <w:rFonts w:cs="Arial"/>
          <w:sz w:val="22"/>
          <w:lang w:val="sk-SK"/>
        </w:rPr>
        <w:t>navliekanie, práca s plastelínou, strihanie</w:t>
      </w:r>
      <w:r w:rsidR="00390B72">
        <w:rPr>
          <w:rFonts w:cs="Arial"/>
          <w:sz w:val="22"/>
          <w:lang w:val="sk-SK"/>
        </w:rPr>
        <w:t>)</w:t>
      </w:r>
      <w:r w:rsidRPr="001C5E2C">
        <w:rPr>
          <w:rFonts w:cs="Arial"/>
          <w:sz w:val="22"/>
          <w:lang w:val="sk-SK"/>
        </w:rPr>
        <w:t>:</w:t>
      </w:r>
      <w:r w:rsidR="008F1BB3" w:rsidRPr="001C5E2C">
        <w:rPr>
          <w:rFonts w:cs="Arial"/>
          <w:sz w:val="22"/>
          <w:lang w:val="sk-SK"/>
        </w:rPr>
        <w:t>…………..</w:t>
      </w:r>
      <w:r w:rsidR="004819EE">
        <w:rPr>
          <w:rFonts w:cs="Arial"/>
          <w:sz w:val="22"/>
          <w:lang w:val="sk-SK"/>
        </w:rPr>
        <w:t>...............................................................</w:t>
      </w:r>
    </w:p>
    <w:p w14:paraId="1FB5D443" w14:textId="1198AFF6" w:rsidR="008F1BB3" w:rsidRPr="001C5E2C" w:rsidRDefault="004819EE" w:rsidP="00390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>
        <w:rPr>
          <w:rFonts w:cs="Arial"/>
          <w:sz w:val="22"/>
          <w:lang w:val="sk-SK"/>
        </w:rPr>
        <w:t>H</w:t>
      </w:r>
      <w:r w:rsidR="008F1BB3" w:rsidRPr="001C5E2C">
        <w:rPr>
          <w:rFonts w:cs="Arial"/>
          <w:sz w:val="22"/>
          <w:lang w:val="sk-SK"/>
        </w:rPr>
        <w:t>rubá motorika</w:t>
      </w:r>
      <w:r w:rsidR="005C127D">
        <w:rPr>
          <w:rFonts w:cs="Arial"/>
          <w:sz w:val="22"/>
          <w:lang w:val="sk-SK"/>
        </w:rPr>
        <w:t xml:space="preserve">  </w:t>
      </w:r>
      <w:r w:rsidR="00390B72">
        <w:rPr>
          <w:rFonts w:cs="Arial"/>
          <w:sz w:val="22"/>
          <w:lang w:val="sk-SK"/>
        </w:rPr>
        <w:t>(</w:t>
      </w:r>
      <w:r w:rsidR="005C127D" w:rsidRPr="00390B72">
        <w:rPr>
          <w:rFonts w:cs="Arial"/>
          <w:sz w:val="22"/>
          <w:lang w:val="sk-SK"/>
        </w:rPr>
        <w:t>chôdza po schodoch, beh, skákanie, rovnováha</w:t>
      </w:r>
      <w:r w:rsidR="00390B72">
        <w:rPr>
          <w:rFonts w:cs="Arial"/>
          <w:sz w:val="22"/>
          <w:lang w:val="sk-SK"/>
        </w:rPr>
        <w:t xml:space="preserve">):.................................................................... </w:t>
      </w:r>
      <w:r>
        <w:rPr>
          <w:rFonts w:cs="Arial"/>
          <w:sz w:val="22"/>
          <w:lang w:val="sk-SK"/>
        </w:rPr>
        <w:t>........................................................................</w:t>
      </w:r>
      <w:r w:rsidR="00390B72">
        <w:rPr>
          <w:rFonts w:cs="Arial"/>
          <w:sz w:val="22"/>
          <w:lang w:val="sk-SK"/>
        </w:rPr>
        <w:t>....................................................................................................</w:t>
      </w:r>
      <w:r>
        <w:rPr>
          <w:rFonts w:cs="Arial"/>
          <w:sz w:val="22"/>
          <w:lang w:val="sk-SK"/>
        </w:rPr>
        <w:t>..</w:t>
      </w:r>
      <w:r w:rsidR="008F1BB3" w:rsidRPr="001C5E2C">
        <w:rPr>
          <w:rFonts w:cs="Arial"/>
          <w:sz w:val="22"/>
          <w:lang w:val="sk-SK"/>
        </w:rPr>
        <w:t xml:space="preserve"> </w:t>
      </w:r>
    </w:p>
    <w:p w14:paraId="1D9CE3E9" w14:textId="16E3A15A" w:rsidR="008F1BB3" w:rsidRPr="001C5E2C" w:rsidRDefault="004819EE" w:rsidP="00390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>
        <w:rPr>
          <w:rFonts w:cs="Arial"/>
          <w:sz w:val="22"/>
          <w:lang w:val="sk-SK"/>
        </w:rPr>
        <w:t>P</w:t>
      </w:r>
      <w:r w:rsidR="008F1BB3" w:rsidRPr="001C5E2C">
        <w:rPr>
          <w:rFonts w:cs="Arial"/>
          <w:sz w:val="22"/>
          <w:lang w:val="sk-SK"/>
        </w:rPr>
        <w:t>riestorová orientácia</w:t>
      </w:r>
      <w:r w:rsidR="005C127D" w:rsidRPr="00390B72">
        <w:rPr>
          <w:rFonts w:cs="Arial"/>
          <w:sz w:val="22"/>
          <w:lang w:val="sk-SK"/>
        </w:rPr>
        <w:t xml:space="preserve"> </w:t>
      </w:r>
      <w:r w:rsidR="00390B72">
        <w:rPr>
          <w:rFonts w:cs="Arial"/>
          <w:sz w:val="22"/>
          <w:lang w:val="sk-SK"/>
        </w:rPr>
        <w:t>(</w:t>
      </w:r>
      <w:r w:rsidR="005C127D" w:rsidRPr="00390B72">
        <w:rPr>
          <w:rFonts w:cs="Arial"/>
          <w:sz w:val="22"/>
          <w:lang w:val="sk-SK"/>
        </w:rPr>
        <w:t>hore/dole, vpredu/vzadu</w:t>
      </w:r>
      <w:r w:rsidR="00390B72">
        <w:rPr>
          <w:rFonts w:cs="Arial"/>
          <w:sz w:val="22"/>
          <w:lang w:val="sk-SK"/>
        </w:rPr>
        <w:t>)</w:t>
      </w:r>
      <w:r>
        <w:rPr>
          <w:rFonts w:cs="Arial"/>
          <w:sz w:val="22"/>
          <w:lang w:val="sk-SK"/>
        </w:rPr>
        <w:t>:........................................................................................</w:t>
      </w:r>
      <w:r w:rsidR="00390B72">
        <w:rPr>
          <w:rFonts w:cs="Arial"/>
          <w:sz w:val="22"/>
          <w:lang w:val="sk-SK"/>
        </w:rPr>
        <w:t>.........</w:t>
      </w:r>
    </w:p>
    <w:p w14:paraId="00153B3A" w14:textId="464ED57C" w:rsidR="008F1BB3" w:rsidRDefault="004819EE" w:rsidP="00390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>
        <w:rPr>
          <w:rFonts w:cs="Arial"/>
          <w:sz w:val="22"/>
          <w:lang w:val="sk-SK"/>
        </w:rPr>
        <w:t>Ú</w:t>
      </w:r>
      <w:r w:rsidR="008F1BB3" w:rsidRPr="001C5E2C">
        <w:rPr>
          <w:rFonts w:cs="Arial"/>
          <w:sz w:val="22"/>
          <w:lang w:val="sk-SK"/>
        </w:rPr>
        <w:t>chop písacieho náčinia</w:t>
      </w:r>
      <w:r w:rsidR="005C127D">
        <w:rPr>
          <w:rFonts w:cs="Arial"/>
          <w:sz w:val="22"/>
          <w:lang w:val="sk-SK"/>
        </w:rPr>
        <w:t xml:space="preserve"> </w:t>
      </w:r>
      <w:r w:rsidR="00390B72">
        <w:rPr>
          <w:rFonts w:cs="Arial"/>
          <w:sz w:val="22"/>
          <w:lang w:val="sk-SK"/>
        </w:rPr>
        <w:t>(</w:t>
      </w:r>
      <w:r w:rsidR="005C127D" w:rsidRPr="00390B72">
        <w:rPr>
          <w:rFonts w:cs="Arial"/>
          <w:sz w:val="22"/>
          <w:lang w:val="sk-SK"/>
        </w:rPr>
        <w:t>správnosť úchopu, prítlak</w:t>
      </w:r>
      <w:r w:rsidR="00390B72">
        <w:rPr>
          <w:rFonts w:cs="Arial"/>
          <w:sz w:val="22"/>
          <w:lang w:val="sk-SK"/>
        </w:rPr>
        <w:t>)</w:t>
      </w:r>
      <w:r>
        <w:rPr>
          <w:rFonts w:cs="Arial"/>
          <w:sz w:val="22"/>
          <w:lang w:val="sk-SK"/>
        </w:rPr>
        <w:t>:..........................................................................................</w:t>
      </w:r>
    </w:p>
    <w:p w14:paraId="2C9D6A36" w14:textId="29A33B00" w:rsidR="00D76E88" w:rsidRDefault="00D76E88" w:rsidP="00390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D76E88">
        <w:rPr>
          <w:rFonts w:cs="Arial"/>
          <w:sz w:val="22"/>
          <w:lang w:val="sk-SK"/>
        </w:rPr>
        <w:t>Kresba a úroveň grafického prejavu</w:t>
      </w:r>
      <w:r w:rsidR="005C127D" w:rsidRPr="00390B72">
        <w:rPr>
          <w:rFonts w:cs="Arial"/>
          <w:sz w:val="22"/>
          <w:lang w:val="sk-SK"/>
        </w:rPr>
        <w:t xml:space="preserve"> </w:t>
      </w:r>
      <w:r w:rsidR="00390B72">
        <w:rPr>
          <w:rFonts w:cs="Arial"/>
          <w:sz w:val="22"/>
          <w:lang w:val="sk-SK"/>
        </w:rPr>
        <w:t>(</w:t>
      </w:r>
      <w:r w:rsidR="005C127D" w:rsidRPr="00390B72">
        <w:rPr>
          <w:rFonts w:cs="Arial"/>
          <w:sz w:val="22"/>
          <w:lang w:val="sk-SK"/>
        </w:rPr>
        <w:t>čo najčastejšie kreslí, postava, tvary)</w:t>
      </w:r>
      <w:r w:rsidRPr="00D76E88">
        <w:rPr>
          <w:rFonts w:cs="Arial"/>
          <w:sz w:val="22"/>
          <w:lang w:val="sk-SK"/>
        </w:rPr>
        <w:t>:</w:t>
      </w:r>
      <w:r w:rsidRPr="00390B72">
        <w:rPr>
          <w:rFonts w:cs="Arial"/>
          <w:sz w:val="22"/>
          <w:lang w:val="sk-SK"/>
        </w:rPr>
        <w:t>.........................</w:t>
      </w:r>
      <w:r w:rsidRPr="00D76E88">
        <w:rPr>
          <w:rFonts w:cs="Arial"/>
          <w:sz w:val="22"/>
          <w:lang w:val="sk-SK"/>
        </w:rPr>
        <w:t>................</w:t>
      </w:r>
      <w:r w:rsidR="00390B72">
        <w:rPr>
          <w:rFonts w:cs="Arial"/>
          <w:sz w:val="22"/>
          <w:lang w:val="sk-SK"/>
        </w:rPr>
        <w:t>..........</w:t>
      </w:r>
      <w:r w:rsidRPr="00D76E88">
        <w:rPr>
          <w:rFonts w:cs="Arial"/>
          <w:sz w:val="22"/>
          <w:lang w:val="sk-SK"/>
        </w:rPr>
        <w:t>.....</w:t>
      </w:r>
    </w:p>
    <w:p w14:paraId="761B2AAD" w14:textId="69963A87" w:rsidR="00390B72" w:rsidRPr="00390B72" w:rsidRDefault="00390B72" w:rsidP="00390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>
        <w:rPr>
          <w:rFonts w:cs="Arial"/>
          <w:sz w:val="22"/>
          <w:lang w:val="sk-SK"/>
        </w:rPr>
        <w:t>...............................................................................................................................................................................</w:t>
      </w:r>
    </w:p>
    <w:p w14:paraId="77ECD14C" w14:textId="5D55245D" w:rsidR="005C127D" w:rsidRPr="00D76E88" w:rsidRDefault="005C127D" w:rsidP="00390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390B72">
        <w:rPr>
          <w:rFonts w:cs="Arial"/>
          <w:sz w:val="22"/>
          <w:lang w:val="sk-SK"/>
        </w:rPr>
        <w:t>Lateralita</w:t>
      </w:r>
      <w:r w:rsidR="00390B72">
        <w:rPr>
          <w:rFonts w:cs="Arial"/>
          <w:sz w:val="22"/>
          <w:lang w:val="sk-SK"/>
        </w:rPr>
        <w:t>:</w:t>
      </w:r>
      <w:r w:rsidRPr="00390B72">
        <w:rPr>
          <w:rFonts w:cs="Arial"/>
          <w:sz w:val="22"/>
          <w:lang w:val="sk-SK"/>
        </w:rPr>
        <w:t>.................</w:t>
      </w:r>
      <w:r w:rsidR="00390B72">
        <w:rPr>
          <w:rFonts w:cs="Arial"/>
          <w:sz w:val="22"/>
          <w:lang w:val="sk-SK"/>
        </w:rPr>
        <w:t>.......................................................................................................................................</w:t>
      </w:r>
      <w:r w:rsidRPr="00390B72">
        <w:rPr>
          <w:rFonts w:cs="Arial"/>
          <w:sz w:val="22"/>
          <w:lang w:val="sk-SK"/>
        </w:rPr>
        <w:t>........</w:t>
      </w:r>
    </w:p>
    <w:p w14:paraId="15CD48FF" w14:textId="7F761F5F" w:rsidR="00531823" w:rsidRPr="00531823" w:rsidRDefault="00BE7E11" w:rsidP="00531823">
      <w:pPr>
        <w:pStyle w:val="Nadpis3"/>
        <w:rPr>
          <w:rFonts w:ascii="Arial" w:hAnsi="Arial" w:cs="Arial"/>
          <w:lang w:val="sk-SK" w:eastAsia="sk-SK"/>
        </w:rPr>
      </w:pPr>
      <w:r w:rsidRPr="00390B72">
        <w:rPr>
          <w:rFonts w:ascii="Arial" w:hAnsi="Arial" w:cs="Arial"/>
          <w:lang w:val="sk-SK" w:eastAsia="sk-SK"/>
        </w:rPr>
        <w:t xml:space="preserve">7.3 </w:t>
      </w:r>
      <w:proofErr w:type="spellStart"/>
      <w:r w:rsidRPr="00390B72">
        <w:rPr>
          <w:rFonts w:ascii="Arial" w:hAnsi="Arial" w:cs="Arial"/>
          <w:lang w:val="sk-SK" w:eastAsia="sk-SK"/>
        </w:rPr>
        <w:t>Predčitateľská</w:t>
      </w:r>
      <w:proofErr w:type="spellEnd"/>
      <w:r w:rsidRPr="00390B72">
        <w:rPr>
          <w:rFonts w:ascii="Arial" w:hAnsi="Arial" w:cs="Arial"/>
          <w:lang w:val="sk-SK" w:eastAsia="sk-SK"/>
        </w:rPr>
        <w:t xml:space="preserve"> gramotnosť</w:t>
      </w:r>
    </w:p>
    <w:p w14:paraId="4894C19D" w14:textId="3302F5D5" w:rsidR="00BE7E11" w:rsidRPr="00BE7E11" w:rsidRDefault="00BE7E11" w:rsidP="00390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BE7E11">
        <w:rPr>
          <w:rFonts w:cs="Arial"/>
          <w:sz w:val="22"/>
          <w:lang w:val="sk-SK"/>
        </w:rPr>
        <w:t>Záujem o knihy a obrázky:..........................................................................................................</w:t>
      </w:r>
      <w:r w:rsidR="00390B72">
        <w:rPr>
          <w:rFonts w:cs="Arial"/>
          <w:sz w:val="22"/>
          <w:lang w:val="sk-SK"/>
        </w:rPr>
        <w:t>...........................</w:t>
      </w:r>
      <w:r w:rsidRPr="00BE7E11">
        <w:rPr>
          <w:rFonts w:cs="Arial"/>
          <w:sz w:val="22"/>
          <w:lang w:val="sk-SK"/>
        </w:rPr>
        <w:t>.</w:t>
      </w:r>
    </w:p>
    <w:p w14:paraId="2C526786" w14:textId="18357BA7" w:rsidR="00BE7E11" w:rsidRPr="00BE7E11" w:rsidRDefault="00BE7E11" w:rsidP="00390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BE7E11">
        <w:rPr>
          <w:rFonts w:cs="Arial"/>
          <w:sz w:val="22"/>
          <w:lang w:val="sk-SK"/>
        </w:rPr>
        <w:t>Orientácia v obrázkovom príbehu a dejovej postupnosti:...............................................................................</w:t>
      </w:r>
      <w:r w:rsidR="00390B72">
        <w:rPr>
          <w:rFonts w:cs="Arial"/>
          <w:sz w:val="22"/>
          <w:lang w:val="sk-SK"/>
        </w:rPr>
        <w:t>........</w:t>
      </w:r>
    </w:p>
    <w:p w14:paraId="50B9A812" w14:textId="7AA49F96" w:rsidR="00BE7E11" w:rsidRDefault="00BE7E11" w:rsidP="00390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BE7E11">
        <w:rPr>
          <w:rFonts w:cs="Arial"/>
          <w:sz w:val="22"/>
          <w:lang w:val="sk-SK"/>
        </w:rPr>
        <w:t xml:space="preserve">Rozlišovanie </w:t>
      </w:r>
      <w:r w:rsidRPr="00390B72">
        <w:rPr>
          <w:rFonts w:cs="Arial"/>
          <w:sz w:val="22"/>
          <w:lang w:val="sk-SK"/>
        </w:rPr>
        <w:t xml:space="preserve">rýmov, </w:t>
      </w:r>
      <w:r w:rsidRPr="00BE7E11">
        <w:rPr>
          <w:rFonts w:cs="Arial"/>
          <w:sz w:val="22"/>
          <w:lang w:val="sk-SK"/>
        </w:rPr>
        <w:t>slab</w:t>
      </w:r>
      <w:r w:rsidRPr="00390B72">
        <w:rPr>
          <w:rFonts w:cs="Arial"/>
          <w:sz w:val="22"/>
          <w:lang w:val="sk-SK"/>
        </w:rPr>
        <w:t>i</w:t>
      </w:r>
      <w:r w:rsidRPr="00BE7E11">
        <w:rPr>
          <w:rFonts w:cs="Arial"/>
          <w:sz w:val="22"/>
          <w:lang w:val="sk-SK"/>
        </w:rPr>
        <w:t>k</w:t>
      </w:r>
      <w:r w:rsidRPr="00390B72">
        <w:rPr>
          <w:rFonts w:cs="Arial"/>
          <w:sz w:val="22"/>
          <w:lang w:val="sk-SK"/>
        </w:rPr>
        <w:t>ovanie, určovanie prvej hlásky v</w:t>
      </w:r>
      <w:r w:rsidR="00390B72">
        <w:rPr>
          <w:rFonts w:cs="Arial"/>
          <w:sz w:val="22"/>
          <w:lang w:val="sk-SK"/>
        </w:rPr>
        <w:t> </w:t>
      </w:r>
      <w:r w:rsidRPr="00390B72">
        <w:rPr>
          <w:rFonts w:cs="Arial"/>
          <w:sz w:val="22"/>
          <w:lang w:val="sk-SK"/>
        </w:rPr>
        <w:t>slove</w:t>
      </w:r>
      <w:r w:rsidR="00390B72">
        <w:rPr>
          <w:rFonts w:cs="Arial"/>
          <w:sz w:val="22"/>
          <w:lang w:val="sk-SK"/>
        </w:rPr>
        <w:t xml:space="preserve">: </w:t>
      </w:r>
      <w:r w:rsidRPr="00BE7E11">
        <w:rPr>
          <w:rFonts w:cs="Arial"/>
          <w:sz w:val="22"/>
          <w:lang w:val="sk-SK"/>
        </w:rPr>
        <w:t>.............................................................</w:t>
      </w:r>
      <w:r w:rsidR="00390B72">
        <w:rPr>
          <w:rFonts w:cs="Arial"/>
          <w:sz w:val="22"/>
          <w:lang w:val="sk-SK"/>
        </w:rPr>
        <w:t>...</w:t>
      </w:r>
      <w:r w:rsidRPr="00BE7E11">
        <w:rPr>
          <w:rFonts w:cs="Arial"/>
          <w:sz w:val="22"/>
          <w:lang w:val="sk-SK"/>
        </w:rPr>
        <w:t>......</w:t>
      </w:r>
    </w:p>
    <w:p w14:paraId="6E577303" w14:textId="733680A0" w:rsidR="00390B72" w:rsidRPr="00BE7E11" w:rsidRDefault="00390B72" w:rsidP="00390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>
        <w:rPr>
          <w:rFonts w:cs="Arial"/>
          <w:sz w:val="22"/>
          <w:lang w:val="sk-SK"/>
        </w:rPr>
        <w:lastRenderedPageBreak/>
        <w:t>...............................................................................................................................................................................</w:t>
      </w:r>
    </w:p>
    <w:p w14:paraId="0BC302FB" w14:textId="7C0E4465" w:rsidR="00BE7E11" w:rsidRPr="00BE7E11" w:rsidRDefault="00BE7E11" w:rsidP="00390B7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390B72">
        <w:rPr>
          <w:rFonts w:cs="Arial"/>
          <w:sz w:val="22"/>
          <w:lang w:val="sk-SK"/>
        </w:rPr>
        <w:t>Poznanie</w:t>
      </w:r>
      <w:r w:rsidRPr="00BE7E11">
        <w:rPr>
          <w:rFonts w:cs="Arial"/>
          <w:sz w:val="22"/>
          <w:lang w:val="sk-SK"/>
        </w:rPr>
        <w:t xml:space="preserve"> písmen</w:t>
      </w:r>
      <w:r w:rsidRPr="00390B72">
        <w:rPr>
          <w:rFonts w:cs="Arial"/>
          <w:sz w:val="22"/>
          <w:lang w:val="sk-SK"/>
        </w:rPr>
        <w:t xml:space="preserve"> (napr. z vlastného mena):</w:t>
      </w:r>
      <w:r w:rsidRPr="00BE7E11">
        <w:rPr>
          <w:rFonts w:cs="Arial"/>
          <w:sz w:val="22"/>
          <w:lang w:val="sk-SK"/>
        </w:rPr>
        <w:t>.......................................................................................</w:t>
      </w:r>
      <w:r w:rsidR="00390B72">
        <w:rPr>
          <w:rFonts w:cs="Arial"/>
          <w:sz w:val="22"/>
          <w:lang w:val="sk-SK"/>
        </w:rPr>
        <w:t>..................</w:t>
      </w:r>
    </w:p>
    <w:p w14:paraId="587D79B3" w14:textId="234F9201" w:rsidR="00E70DA7" w:rsidRPr="001C5E2C" w:rsidRDefault="00BE7E11" w:rsidP="005318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BE7E11">
        <w:rPr>
          <w:rFonts w:cs="Arial"/>
          <w:sz w:val="22"/>
          <w:lang w:val="sk-SK"/>
        </w:rPr>
        <w:t>Porozumenie počutému textu a otázkam k príbehu:................................................................................</w:t>
      </w:r>
      <w:r w:rsidR="00390B72">
        <w:rPr>
          <w:rFonts w:cs="Arial"/>
          <w:sz w:val="22"/>
          <w:lang w:val="sk-SK"/>
        </w:rPr>
        <w:t>.............</w:t>
      </w:r>
    </w:p>
    <w:p w14:paraId="096AC6F3" w14:textId="2742888B" w:rsidR="00531823" w:rsidRPr="00531823" w:rsidRDefault="00BE7E11" w:rsidP="00531823">
      <w:pPr>
        <w:pStyle w:val="Nadpis3"/>
        <w:rPr>
          <w:rFonts w:ascii="Arial" w:hAnsi="Arial" w:cs="Arial"/>
        </w:rPr>
      </w:pPr>
      <w:r w:rsidRPr="00531823">
        <w:rPr>
          <w:rFonts w:ascii="Arial" w:hAnsi="Arial" w:cs="Arial"/>
        </w:rPr>
        <w:t xml:space="preserve">7.4 </w:t>
      </w:r>
      <w:proofErr w:type="spellStart"/>
      <w:r w:rsidRPr="00531823">
        <w:rPr>
          <w:rFonts w:ascii="Arial" w:hAnsi="Arial" w:cs="Arial"/>
        </w:rPr>
        <w:t>Predmatematické</w:t>
      </w:r>
      <w:proofErr w:type="spellEnd"/>
      <w:r w:rsidRPr="00531823">
        <w:rPr>
          <w:rFonts w:ascii="Arial" w:hAnsi="Arial" w:cs="Arial"/>
        </w:rPr>
        <w:t xml:space="preserve"> </w:t>
      </w:r>
      <w:proofErr w:type="spellStart"/>
      <w:r w:rsidRPr="00531823">
        <w:rPr>
          <w:rFonts w:ascii="Arial" w:hAnsi="Arial" w:cs="Arial"/>
        </w:rPr>
        <w:t>predstavy</w:t>
      </w:r>
      <w:proofErr w:type="spellEnd"/>
    </w:p>
    <w:p w14:paraId="13244E51" w14:textId="5E51B6F7" w:rsidR="00BE7E11" w:rsidRPr="00531823" w:rsidRDefault="00BE7E11" w:rsidP="005318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531823">
        <w:rPr>
          <w:rFonts w:cs="Arial"/>
          <w:sz w:val="22"/>
          <w:lang w:val="sk-SK"/>
        </w:rPr>
        <w:t>Triedenie a porovnávanie:.........................................................................................................................</w:t>
      </w:r>
      <w:r w:rsidR="00531823">
        <w:rPr>
          <w:rFonts w:cs="Arial"/>
          <w:sz w:val="22"/>
          <w:lang w:val="sk-SK"/>
        </w:rPr>
        <w:t>............</w:t>
      </w:r>
    </w:p>
    <w:p w14:paraId="2A4FA8BF" w14:textId="4C4EDCC4" w:rsidR="00BE7E11" w:rsidRPr="00531823" w:rsidRDefault="00BE7E11" w:rsidP="005318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531823">
        <w:rPr>
          <w:rFonts w:cs="Arial"/>
          <w:sz w:val="22"/>
          <w:lang w:val="sk-SK"/>
        </w:rPr>
        <w:t>Pojmy veľa/málo, viac/menej, rovnaký:...............................................................................................................</w:t>
      </w:r>
      <w:r w:rsidR="00531823">
        <w:rPr>
          <w:rFonts w:cs="Arial"/>
          <w:sz w:val="22"/>
          <w:lang w:val="sk-SK"/>
        </w:rPr>
        <w:t>.</w:t>
      </w:r>
    </w:p>
    <w:p w14:paraId="7E877892" w14:textId="05894DE7" w:rsidR="00BE7E11" w:rsidRPr="00531823" w:rsidRDefault="00BE7E11" w:rsidP="005318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531823">
        <w:rPr>
          <w:rFonts w:cs="Arial"/>
          <w:sz w:val="22"/>
          <w:lang w:val="sk-SK"/>
        </w:rPr>
        <w:t>Číselný rad a</w:t>
      </w:r>
      <w:r w:rsidR="00531823">
        <w:rPr>
          <w:rFonts w:cs="Arial"/>
          <w:sz w:val="22"/>
          <w:lang w:val="sk-SK"/>
        </w:rPr>
        <w:t> </w:t>
      </w:r>
      <w:r w:rsidRPr="00531823">
        <w:rPr>
          <w:rFonts w:cs="Arial"/>
          <w:sz w:val="22"/>
          <w:lang w:val="sk-SK"/>
        </w:rPr>
        <w:t>počet</w:t>
      </w:r>
      <w:r w:rsidR="00531823">
        <w:rPr>
          <w:rFonts w:cs="Arial"/>
          <w:sz w:val="22"/>
          <w:lang w:val="sk-SK"/>
        </w:rPr>
        <w:t>: .......</w:t>
      </w:r>
      <w:r w:rsidRPr="00531823">
        <w:rPr>
          <w:rFonts w:cs="Arial"/>
          <w:sz w:val="22"/>
          <w:lang w:val="sk-SK"/>
        </w:rPr>
        <w:t>......................................................................................................................................</w:t>
      </w:r>
    </w:p>
    <w:p w14:paraId="05E3EAE1" w14:textId="30A7DE77" w:rsidR="00BE7E11" w:rsidRPr="00531823" w:rsidRDefault="00BE7E11" w:rsidP="005318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531823">
        <w:rPr>
          <w:rFonts w:cs="Arial"/>
          <w:sz w:val="22"/>
          <w:lang w:val="sk-SK"/>
        </w:rPr>
        <w:t>Priraďovanie počtu a množstva:..........................................................................................................................</w:t>
      </w:r>
      <w:r w:rsidR="00531823">
        <w:rPr>
          <w:rFonts w:cs="Arial"/>
          <w:sz w:val="22"/>
          <w:lang w:val="sk-SK"/>
        </w:rPr>
        <w:t>.</w:t>
      </w:r>
    </w:p>
    <w:p w14:paraId="5B0F6B8D" w14:textId="0386C192" w:rsidR="00BE7E11" w:rsidRPr="00531823" w:rsidRDefault="00BE7E11" w:rsidP="005318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531823">
        <w:rPr>
          <w:rFonts w:cs="Arial"/>
          <w:sz w:val="22"/>
          <w:lang w:val="sk-SK"/>
        </w:rPr>
        <w:t>Priestorové a časové pojmy:..........................................................................................................................</w:t>
      </w:r>
      <w:r w:rsidR="00531823">
        <w:rPr>
          <w:rFonts w:cs="Arial"/>
          <w:sz w:val="22"/>
          <w:lang w:val="sk-SK"/>
        </w:rPr>
        <w:t>......</w:t>
      </w:r>
    </w:p>
    <w:p w14:paraId="3C77D34C" w14:textId="48894998" w:rsidR="00BE7E11" w:rsidRPr="00531823" w:rsidRDefault="00BE7E11" w:rsidP="005318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531823">
        <w:rPr>
          <w:rFonts w:cs="Arial"/>
          <w:sz w:val="22"/>
          <w:lang w:val="sk-SK"/>
        </w:rPr>
        <w:t>Tvary, veľkosti a orientácia:...............................................................................................................</w:t>
      </w:r>
      <w:r w:rsidR="00531823">
        <w:rPr>
          <w:rFonts w:cs="Arial"/>
          <w:sz w:val="22"/>
          <w:lang w:val="sk-SK"/>
        </w:rPr>
        <w:t>..................</w:t>
      </w:r>
    </w:p>
    <w:p w14:paraId="271F1FC9" w14:textId="77777777" w:rsidR="00BE7E11" w:rsidRPr="00531823" w:rsidRDefault="00BE7E11" w:rsidP="00531823">
      <w:pPr>
        <w:pStyle w:val="Nadpis3"/>
        <w:rPr>
          <w:rFonts w:ascii="Arial" w:hAnsi="Arial" w:cs="Arial"/>
        </w:rPr>
      </w:pPr>
      <w:r w:rsidRPr="00531823">
        <w:rPr>
          <w:rFonts w:ascii="Arial" w:hAnsi="Arial" w:cs="Arial"/>
        </w:rPr>
        <w:t>7.5 Hra, sociálne zručnosti a samostatnosť</w:t>
      </w:r>
    </w:p>
    <w:p w14:paraId="29C75CCF" w14:textId="7152D684" w:rsidR="00BE7E11" w:rsidRPr="00531823" w:rsidRDefault="00BE7E11" w:rsidP="005318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531823">
        <w:rPr>
          <w:rFonts w:cs="Arial"/>
          <w:sz w:val="22"/>
          <w:lang w:val="sk-SK"/>
        </w:rPr>
        <w:t>Funkčná a symbolická hra:........................................................................................................................</w:t>
      </w:r>
      <w:r w:rsidR="00531823">
        <w:rPr>
          <w:rFonts w:cs="Arial"/>
          <w:sz w:val="22"/>
          <w:lang w:val="sk-SK"/>
        </w:rPr>
        <w:t>...........</w:t>
      </w:r>
    </w:p>
    <w:p w14:paraId="18334DDE" w14:textId="275803DF" w:rsidR="00BE7E11" w:rsidRPr="00531823" w:rsidRDefault="00BE7E11" w:rsidP="005318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531823">
        <w:rPr>
          <w:rFonts w:cs="Arial"/>
          <w:sz w:val="22"/>
          <w:lang w:val="sk-SK"/>
        </w:rPr>
        <w:t>Spoločná hra a spolupráca:.....................................................................................................................</w:t>
      </w:r>
      <w:r w:rsidR="00531823">
        <w:rPr>
          <w:rFonts w:cs="Arial"/>
          <w:sz w:val="22"/>
          <w:lang w:val="sk-SK"/>
        </w:rPr>
        <w:t>.............</w:t>
      </w:r>
    </w:p>
    <w:p w14:paraId="21676248" w14:textId="299D5C4C" w:rsidR="00BE7E11" w:rsidRPr="00531823" w:rsidRDefault="00BE7E11" w:rsidP="005318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531823">
        <w:rPr>
          <w:rFonts w:cs="Arial"/>
          <w:sz w:val="22"/>
          <w:lang w:val="sk-SK"/>
        </w:rPr>
        <w:t>Dodržiavanie pravidiel hry.....................................................................................................................................</w:t>
      </w:r>
    </w:p>
    <w:p w14:paraId="403D9037" w14:textId="3E7D045A" w:rsidR="00E70DA7" w:rsidRPr="001C5E2C" w:rsidRDefault="00BE7E11" w:rsidP="005318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531823">
        <w:rPr>
          <w:rFonts w:cs="Arial"/>
          <w:sz w:val="22"/>
          <w:lang w:val="sk-SK"/>
        </w:rPr>
        <w:t>Čakanie, striedanie a</w:t>
      </w:r>
      <w:r w:rsidR="00531823">
        <w:rPr>
          <w:rFonts w:cs="Arial"/>
          <w:sz w:val="22"/>
          <w:lang w:val="sk-SK"/>
        </w:rPr>
        <w:t> </w:t>
      </w:r>
      <w:r w:rsidRPr="00531823">
        <w:rPr>
          <w:rFonts w:cs="Arial"/>
          <w:sz w:val="22"/>
          <w:lang w:val="sk-SK"/>
        </w:rPr>
        <w:t>zdieľanie</w:t>
      </w:r>
      <w:r w:rsidR="00531823">
        <w:rPr>
          <w:rFonts w:cs="Arial"/>
          <w:sz w:val="22"/>
          <w:lang w:val="sk-SK"/>
        </w:rPr>
        <w:t xml:space="preserve">: </w:t>
      </w:r>
      <w:r w:rsidRPr="00531823">
        <w:rPr>
          <w:rFonts w:cs="Arial"/>
          <w:sz w:val="22"/>
          <w:lang w:val="sk-SK"/>
        </w:rPr>
        <w:t>...........................................................................................................................</w:t>
      </w:r>
    </w:p>
    <w:p w14:paraId="4E31CA25" w14:textId="35AF4EA4" w:rsidR="00B13590" w:rsidRPr="001C5E2C" w:rsidRDefault="00531823" w:rsidP="00581D9D">
      <w:pPr>
        <w:pStyle w:val="Nadpis2"/>
        <w:spacing w:line="360" w:lineRule="auto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8</w:t>
      </w:r>
      <w:r w:rsidR="00B60283" w:rsidRPr="001C5E2C">
        <w:rPr>
          <w:rFonts w:ascii="Arial" w:hAnsi="Arial" w:cs="Arial"/>
          <w:lang w:val="sk-SK"/>
        </w:rPr>
        <w:t>.  SPOLUPRÁCA SO ZÁKONNÝMI ZÁSTUPCAMI</w:t>
      </w:r>
    </w:p>
    <w:p w14:paraId="60AFC997" w14:textId="2D3ACD84" w:rsidR="008C29D6" w:rsidRPr="001C5E2C" w:rsidRDefault="00B60283" w:rsidP="005318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531823">
        <w:rPr>
          <w:rFonts w:ascii="Segoe UI Symbol" w:hAnsi="Segoe UI Symbol" w:cs="Segoe UI Symbol"/>
          <w:sz w:val="22"/>
          <w:lang w:val="sk-SK"/>
        </w:rPr>
        <w:t>☐</w:t>
      </w:r>
      <w:r w:rsidRPr="001C5E2C">
        <w:rPr>
          <w:rFonts w:cs="Arial"/>
          <w:sz w:val="22"/>
          <w:lang w:val="sk-SK"/>
        </w:rPr>
        <w:t xml:space="preserve"> veľmi dobrá</w:t>
      </w:r>
      <w:r w:rsidR="00B13590" w:rsidRPr="001C5E2C">
        <w:rPr>
          <w:rFonts w:cs="Arial"/>
          <w:sz w:val="22"/>
          <w:lang w:val="sk-SK"/>
        </w:rPr>
        <w:t xml:space="preserve">  </w:t>
      </w:r>
      <w:r w:rsidRPr="00531823">
        <w:rPr>
          <w:rFonts w:ascii="Segoe UI Symbol" w:hAnsi="Segoe UI Symbol" w:cs="Segoe UI Symbol"/>
          <w:sz w:val="22"/>
          <w:lang w:val="sk-SK"/>
        </w:rPr>
        <w:t>☐</w:t>
      </w:r>
      <w:r w:rsidRPr="001C5E2C">
        <w:rPr>
          <w:rFonts w:cs="Arial"/>
          <w:sz w:val="22"/>
          <w:lang w:val="sk-SK"/>
        </w:rPr>
        <w:t xml:space="preserve"> dobrá</w:t>
      </w:r>
      <w:r w:rsidR="00B13590" w:rsidRPr="001C5E2C">
        <w:rPr>
          <w:rFonts w:cs="Arial"/>
          <w:sz w:val="22"/>
          <w:lang w:val="sk-SK"/>
        </w:rPr>
        <w:t xml:space="preserve">  </w:t>
      </w:r>
      <w:r w:rsidRPr="00531823">
        <w:rPr>
          <w:rFonts w:ascii="Segoe UI Symbol" w:hAnsi="Segoe UI Symbol" w:cs="Segoe UI Symbol"/>
          <w:sz w:val="22"/>
          <w:lang w:val="sk-SK"/>
        </w:rPr>
        <w:t>☐</w:t>
      </w:r>
      <w:r w:rsidRPr="001C5E2C">
        <w:rPr>
          <w:rFonts w:cs="Arial"/>
          <w:sz w:val="22"/>
          <w:lang w:val="sk-SK"/>
        </w:rPr>
        <w:t xml:space="preserve"> premenlivá</w:t>
      </w:r>
      <w:r w:rsidR="00B13590" w:rsidRPr="001C5E2C">
        <w:rPr>
          <w:rFonts w:cs="Arial"/>
          <w:sz w:val="22"/>
          <w:lang w:val="sk-SK"/>
        </w:rPr>
        <w:t xml:space="preserve">  </w:t>
      </w:r>
      <w:r w:rsidRPr="00531823">
        <w:rPr>
          <w:rFonts w:ascii="Segoe UI Symbol" w:hAnsi="Segoe UI Symbol" w:cs="Segoe UI Symbol"/>
          <w:sz w:val="22"/>
          <w:lang w:val="sk-SK"/>
        </w:rPr>
        <w:t>☐</w:t>
      </w:r>
      <w:r w:rsidRPr="001C5E2C">
        <w:rPr>
          <w:rFonts w:cs="Arial"/>
          <w:sz w:val="22"/>
          <w:lang w:val="sk-SK"/>
        </w:rPr>
        <w:t xml:space="preserve"> nedostatočná</w:t>
      </w:r>
    </w:p>
    <w:p w14:paraId="4E655B33" w14:textId="7E18A360" w:rsidR="008C29D6" w:rsidRPr="00531823" w:rsidRDefault="00B60283" w:rsidP="005318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531823">
        <w:rPr>
          <w:rFonts w:cs="Arial"/>
          <w:sz w:val="22"/>
          <w:lang w:val="sk-SK"/>
        </w:rPr>
        <w:t xml:space="preserve">Dochádzka, významné absencie alebo neskoré príchody: </w:t>
      </w:r>
      <w:r w:rsidR="0070480B" w:rsidRPr="00531823">
        <w:rPr>
          <w:rFonts w:cs="Arial"/>
          <w:sz w:val="22"/>
          <w:lang w:val="sk-SK"/>
        </w:rPr>
        <w:t>...................................................................................</w:t>
      </w:r>
    </w:p>
    <w:p w14:paraId="12409C67" w14:textId="1DF4E690" w:rsidR="005C127D" w:rsidRPr="00531823" w:rsidRDefault="005C127D" w:rsidP="005318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cs="Arial"/>
          <w:sz w:val="22"/>
          <w:lang w:val="sk-SK"/>
        </w:rPr>
      </w:pPr>
      <w:r w:rsidRPr="00531823">
        <w:rPr>
          <w:rFonts w:cs="Arial"/>
          <w:sz w:val="22"/>
          <w:lang w:val="sk-SK"/>
        </w:rPr>
        <w:t>Spolupráca rodiny s MŠ a reakcia na odporúčania:..........................................................................</w:t>
      </w:r>
      <w:r w:rsidR="00531823">
        <w:rPr>
          <w:rFonts w:cs="Arial"/>
          <w:sz w:val="22"/>
          <w:lang w:val="sk-SK"/>
        </w:rPr>
        <w:t>....</w:t>
      </w:r>
      <w:r w:rsidRPr="00531823">
        <w:rPr>
          <w:rFonts w:cs="Arial"/>
          <w:sz w:val="22"/>
          <w:lang w:val="sk-SK"/>
        </w:rPr>
        <w:t>.................</w:t>
      </w:r>
    </w:p>
    <w:p w14:paraId="6DC8EA28" w14:textId="3AE5D3A3" w:rsidR="00B13590" w:rsidRPr="001C5E2C" w:rsidRDefault="00531823" w:rsidP="00581D9D">
      <w:pPr>
        <w:pStyle w:val="Nadpis2"/>
        <w:spacing w:line="360" w:lineRule="auto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9</w:t>
      </w:r>
      <w:r w:rsidR="00B60283" w:rsidRPr="001C5E2C">
        <w:rPr>
          <w:rFonts w:ascii="Arial" w:hAnsi="Arial" w:cs="Arial"/>
          <w:lang w:val="sk-SK"/>
        </w:rPr>
        <w:t xml:space="preserve">. </w:t>
      </w:r>
      <w:r w:rsidR="00B13590" w:rsidRPr="001C5E2C">
        <w:rPr>
          <w:rFonts w:ascii="Arial" w:hAnsi="Arial" w:cs="Arial"/>
          <w:lang w:val="sk-SK"/>
        </w:rPr>
        <w:t>I</w:t>
      </w:r>
      <w:r w:rsidR="00B60283" w:rsidRPr="001C5E2C">
        <w:rPr>
          <w:rFonts w:ascii="Arial" w:hAnsi="Arial" w:cs="Arial"/>
          <w:lang w:val="sk-SK"/>
        </w:rPr>
        <w:t>NÉ DOPLŇUJÚCE ÚDAJE</w:t>
      </w:r>
    </w:p>
    <w:p w14:paraId="1DEB02B1" w14:textId="573DEDB0" w:rsidR="005005BF" w:rsidRPr="00531823" w:rsidRDefault="00B60283" w:rsidP="00531823">
      <w:pPr>
        <w:spacing w:line="360" w:lineRule="auto"/>
        <w:jc w:val="both"/>
        <w:rPr>
          <w:rFonts w:cs="Arial"/>
          <w:sz w:val="22"/>
          <w:lang w:val="sk-SK"/>
        </w:rPr>
      </w:pPr>
      <w:r w:rsidRPr="001C5E2C">
        <w:rPr>
          <w:rFonts w:cs="Arial"/>
          <w:sz w:val="22"/>
          <w:lang w:val="sk-SK"/>
        </w:rPr>
        <w:t>..............................................</w:t>
      </w:r>
      <w:r w:rsidR="0070480B">
        <w:rPr>
          <w:rFonts w:cs="Arial"/>
          <w:sz w:val="22"/>
          <w:lang w:val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453247A" w14:textId="359E8898" w:rsidR="00B13590" w:rsidRPr="001C5E2C" w:rsidRDefault="0070480B" w:rsidP="00581D9D">
      <w:pPr>
        <w:pStyle w:val="Zkladntext"/>
        <w:spacing w:line="360" w:lineRule="auto"/>
        <w:rPr>
          <w:rFonts w:cs="Arial"/>
          <w:bCs/>
          <w:sz w:val="22"/>
          <w:lang w:val="sk-SK"/>
        </w:rPr>
      </w:pPr>
      <w:r>
        <w:rPr>
          <w:rFonts w:cs="Arial"/>
          <w:bCs/>
          <w:sz w:val="22"/>
          <w:lang w:val="sk-SK"/>
        </w:rPr>
        <w:t>V</w:t>
      </w:r>
      <w:r w:rsidR="00B13590" w:rsidRPr="001C5E2C">
        <w:rPr>
          <w:rFonts w:cs="Arial"/>
          <w:bCs/>
          <w:sz w:val="22"/>
          <w:lang w:val="sk-SK"/>
        </w:rPr>
        <w:t>yplnili (meno a priezvisko, pozícia, podpis):</w:t>
      </w:r>
    </w:p>
    <w:p w14:paraId="24AB102C" w14:textId="6E6EC668" w:rsidR="00B13590" w:rsidRPr="001C5E2C" w:rsidRDefault="00B13590" w:rsidP="00581D9D">
      <w:pPr>
        <w:pStyle w:val="Zkladntext"/>
        <w:numPr>
          <w:ilvl w:val="0"/>
          <w:numId w:val="29"/>
        </w:numPr>
        <w:spacing w:after="0" w:line="360" w:lineRule="auto"/>
        <w:jc w:val="both"/>
        <w:rPr>
          <w:rFonts w:cs="Arial"/>
          <w:bCs/>
          <w:sz w:val="22"/>
          <w:lang w:val="sk-SK"/>
        </w:rPr>
      </w:pPr>
      <w:r w:rsidRPr="001C5E2C">
        <w:rPr>
          <w:rFonts w:cs="Arial"/>
          <w:bCs/>
          <w:sz w:val="22"/>
          <w:lang w:val="sk-SK"/>
        </w:rPr>
        <w:t>..........................................................................................................................................................................</w:t>
      </w:r>
    </w:p>
    <w:p w14:paraId="51983622" w14:textId="2ABE8050" w:rsidR="00B13590" w:rsidRPr="001C5E2C" w:rsidRDefault="00B13590" w:rsidP="00581D9D">
      <w:pPr>
        <w:pStyle w:val="Zkladntext"/>
        <w:numPr>
          <w:ilvl w:val="0"/>
          <w:numId w:val="29"/>
        </w:numPr>
        <w:spacing w:after="0" w:line="360" w:lineRule="auto"/>
        <w:jc w:val="both"/>
        <w:rPr>
          <w:rFonts w:cs="Arial"/>
          <w:bCs/>
          <w:sz w:val="22"/>
          <w:lang w:val="sk-SK"/>
        </w:rPr>
      </w:pPr>
      <w:r w:rsidRPr="001C5E2C">
        <w:rPr>
          <w:rFonts w:cs="Arial"/>
          <w:bCs/>
          <w:sz w:val="22"/>
          <w:lang w:val="sk-SK"/>
        </w:rPr>
        <w:t>..........................................................................................................................................................................</w:t>
      </w:r>
    </w:p>
    <w:p w14:paraId="5761A17F" w14:textId="694D52B4" w:rsidR="00B13590" w:rsidRPr="001C5E2C" w:rsidRDefault="00B13590" w:rsidP="00581D9D">
      <w:pPr>
        <w:pStyle w:val="Zkladntext"/>
        <w:numPr>
          <w:ilvl w:val="0"/>
          <w:numId w:val="29"/>
        </w:numPr>
        <w:spacing w:after="0" w:line="360" w:lineRule="auto"/>
        <w:jc w:val="both"/>
        <w:rPr>
          <w:rFonts w:cs="Arial"/>
          <w:bCs/>
          <w:sz w:val="22"/>
          <w:lang w:val="sk-SK"/>
        </w:rPr>
      </w:pPr>
      <w:r w:rsidRPr="001C5E2C">
        <w:rPr>
          <w:rFonts w:cs="Arial"/>
          <w:bCs/>
          <w:sz w:val="22"/>
          <w:lang w:val="sk-SK"/>
        </w:rPr>
        <w:t>..........................................................................................................................................................................</w:t>
      </w:r>
    </w:p>
    <w:p w14:paraId="577D7B99" w14:textId="566AB4D5" w:rsidR="00B13590" w:rsidRPr="001C5E2C" w:rsidRDefault="00B13590" w:rsidP="00581D9D">
      <w:pPr>
        <w:pStyle w:val="Zkladntext"/>
        <w:numPr>
          <w:ilvl w:val="0"/>
          <w:numId w:val="29"/>
        </w:numPr>
        <w:spacing w:after="0" w:line="360" w:lineRule="auto"/>
        <w:jc w:val="both"/>
        <w:rPr>
          <w:rFonts w:cs="Arial"/>
          <w:bCs/>
          <w:sz w:val="22"/>
          <w:lang w:val="sk-SK"/>
        </w:rPr>
      </w:pPr>
      <w:r w:rsidRPr="001C5E2C">
        <w:rPr>
          <w:rFonts w:cs="Arial"/>
          <w:bCs/>
          <w:sz w:val="22"/>
          <w:lang w:val="sk-SK"/>
        </w:rPr>
        <w:t>..........................................................................................................................................................................</w:t>
      </w:r>
    </w:p>
    <w:p w14:paraId="03FB7D18" w14:textId="77777777" w:rsidR="00B13590" w:rsidRPr="001C5E2C" w:rsidRDefault="00B13590" w:rsidP="00581D9D">
      <w:pPr>
        <w:pStyle w:val="Zkladntext"/>
        <w:spacing w:line="360" w:lineRule="auto"/>
        <w:rPr>
          <w:rFonts w:cs="Arial"/>
          <w:sz w:val="22"/>
          <w:lang w:val="sk-SK"/>
        </w:rPr>
      </w:pPr>
    </w:p>
    <w:p w14:paraId="5C91ADEC" w14:textId="7DD46ECC" w:rsidR="00B13590" w:rsidRPr="001C5E2C" w:rsidRDefault="00B13590" w:rsidP="00581D9D">
      <w:pPr>
        <w:spacing w:line="360" w:lineRule="auto"/>
        <w:rPr>
          <w:rFonts w:cs="Arial"/>
          <w:bCs/>
          <w:sz w:val="22"/>
          <w:lang w:val="sk-SK"/>
        </w:rPr>
      </w:pPr>
      <w:r w:rsidRPr="001C5E2C">
        <w:rPr>
          <w:rFonts w:cs="Arial"/>
          <w:bCs/>
          <w:sz w:val="22"/>
          <w:lang w:val="sk-SK"/>
        </w:rPr>
        <w:t xml:space="preserve">V.......................................................... dňa ...............................................   </w:t>
      </w:r>
      <w:r w:rsidRPr="001C5E2C">
        <w:rPr>
          <w:rFonts w:cs="Arial"/>
          <w:bCs/>
          <w:sz w:val="22"/>
          <w:lang w:val="sk-SK"/>
        </w:rPr>
        <w:tab/>
      </w:r>
    </w:p>
    <w:p w14:paraId="5BCA2A0C" w14:textId="77777777" w:rsidR="00B13590" w:rsidRPr="001C5E2C" w:rsidRDefault="00B13590" w:rsidP="00581D9D">
      <w:pPr>
        <w:spacing w:line="360" w:lineRule="auto"/>
        <w:rPr>
          <w:rFonts w:cs="Arial"/>
          <w:bCs/>
          <w:sz w:val="22"/>
          <w:lang w:val="sk-SK"/>
        </w:rPr>
      </w:pPr>
    </w:p>
    <w:p w14:paraId="3B191BCA" w14:textId="1E8B495E" w:rsidR="008C29D6" w:rsidRPr="001C5E2C" w:rsidRDefault="00B13590" w:rsidP="005D0DAD">
      <w:pPr>
        <w:pStyle w:val="Pta"/>
        <w:spacing w:line="360" w:lineRule="auto"/>
        <w:jc w:val="center"/>
        <w:rPr>
          <w:rFonts w:cs="Arial"/>
          <w:sz w:val="22"/>
          <w:lang w:val="sk-SK"/>
        </w:rPr>
      </w:pPr>
      <w:r w:rsidRPr="001C5E2C">
        <w:rPr>
          <w:rFonts w:cs="Arial"/>
          <w:b/>
          <w:sz w:val="22"/>
          <w:lang w:val="sk-SK"/>
        </w:rPr>
        <w:t>Ďakujeme za detailné a úplné vyplnenie dotazníka. Každá informácia je pre nás dôležitá a pomôže nám lepšie pochopiť ťažkosti daného žiaka/žiačky a optimálne nastaviť diagnostický proces či následnú starostlivosť.</w:t>
      </w:r>
    </w:p>
    <w:sectPr w:rsidR="008C29D6" w:rsidRPr="001C5E2C" w:rsidSect="004819EE">
      <w:footerReference w:type="default" r:id="rId8"/>
      <w:pgSz w:w="11906" w:h="16838" w:code="9"/>
      <w:pgMar w:top="720" w:right="567" w:bottom="720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2EBA5" w14:textId="77777777" w:rsidR="008F3013" w:rsidRDefault="008F3013" w:rsidP="001C5E2C">
      <w:pPr>
        <w:spacing w:after="0" w:line="240" w:lineRule="auto"/>
      </w:pPr>
      <w:r>
        <w:separator/>
      </w:r>
    </w:p>
  </w:endnote>
  <w:endnote w:type="continuationSeparator" w:id="0">
    <w:p w14:paraId="5BBB3AF0" w14:textId="77777777" w:rsidR="008F3013" w:rsidRDefault="008F3013" w:rsidP="001C5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4926508"/>
      <w:docPartObj>
        <w:docPartGallery w:val="Page Numbers (Bottom of Page)"/>
        <w:docPartUnique/>
      </w:docPartObj>
    </w:sdtPr>
    <w:sdtEndPr/>
    <w:sdtContent>
      <w:p w14:paraId="0CFE69C9" w14:textId="509A7701" w:rsidR="001C5E2C" w:rsidRDefault="001C5E2C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 wp14:anchorId="3D6C69FE" wp14:editId="7FF212D4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45D2F51" w14:textId="77777777" w:rsidR="001C5E2C" w:rsidRDefault="001C5E2C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</w:rPr>
                                  <w:fldChar w:fldCharType="separate"/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  <w:lang w:val="sk-SK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3D6C69FE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ActeXgu&#10;AwAA7wwAAA4AAAAAAAAAAAAAAAAALgIAAGRycy9lMm9Eb2MueG1sUEsBAi0AFAAGAAgAAAAhALCW&#10;HRfcAAAAAwEAAA8AAAAAAAAAAAAAAAAAiAUAAGRycy9kb3ducmV2LnhtbFBLBQYAAAAABAAEAPMA&#10;AACRB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14:paraId="245D2F51" w14:textId="77777777" w:rsidR="001C5E2C" w:rsidRDefault="001C5E2C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  <w:lang w:val="sk-SK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95692A7" w14:textId="77777777" w:rsidR="001C5E2C" w:rsidRDefault="001C5E2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3C593" w14:textId="77777777" w:rsidR="008F3013" w:rsidRDefault="008F3013" w:rsidP="001C5E2C">
      <w:pPr>
        <w:spacing w:after="0" w:line="240" w:lineRule="auto"/>
      </w:pPr>
      <w:r>
        <w:separator/>
      </w:r>
    </w:p>
  </w:footnote>
  <w:footnote w:type="continuationSeparator" w:id="0">
    <w:p w14:paraId="5EAD5786" w14:textId="77777777" w:rsidR="008F3013" w:rsidRDefault="008F3013" w:rsidP="001C5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943306"/>
    <w:multiLevelType w:val="multilevel"/>
    <w:tmpl w:val="59A4522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7716E77"/>
    <w:multiLevelType w:val="multilevel"/>
    <w:tmpl w:val="39A0FE0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1E0C67C1"/>
    <w:multiLevelType w:val="hybridMultilevel"/>
    <w:tmpl w:val="2B32859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E5C7976"/>
    <w:multiLevelType w:val="multilevel"/>
    <w:tmpl w:val="E954E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361B2C"/>
    <w:multiLevelType w:val="multilevel"/>
    <w:tmpl w:val="14D6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29431D3"/>
    <w:multiLevelType w:val="multilevel"/>
    <w:tmpl w:val="5948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946A40"/>
    <w:multiLevelType w:val="multilevel"/>
    <w:tmpl w:val="E77AB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3A3DF3"/>
    <w:multiLevelType w:val="multilevel"/>
    <w:tmpl w:val="CD666E2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3F8354D6"/>
    <w:multiLevelType w:val="multilevel"/>
    <w:tmpl w:val="9D2E8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E730F5"/>
    <w:multiLevelType w:val="multilevel"/>
    <w:tmpl w:val="C82E4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1512D6"/>
    <w:multiLevelType w:val="hybridMultilevel"/>
    <w:tmpl w:val="0E9E18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26E26"/>
    <w:multiLevelType w:val="multilevel"/>
    <w:tmpl w:val="059C9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753E2C"/>
    <w:multiLevelType w:val="multilevel"/>
    <w:tmpl w:val="CB0ABD4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0150E8B"/>
    <w:multiLevelType w:val="multilevel"/>
    <w:tmpl w:val="2B34C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4B65DB"/>
    <w:multiLevelType w:val="multilevel"/>
    <w:tmpl w:val="7B64113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5CCB22C2"/>
    <w:multiLevelType w:val="multilevel"/>
    <w:tmpl w:val="48EA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E806B2"/>
    <w:multiLevelType w:val="multilevel"/>
    <w:tmpl w:val="1A72E46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66354295"/>
    <w:multiLevelType w:val="multilevel"/>
    <w:tmpl w:val="01AE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E2332B"/>
    <w:multiLevelType w:val="multilevel"/>
    <w:tmpl w:val="75DCE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473F3E"/>
    <w:multiLevelType w:val="multilevel"/>
    <w:tmpl w:val="F064A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5B04D5"/>
    <w:multiLevelType w:val="multilevel"/>
    <w:tmpl w:val="FE98C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B34C85"/>
    <w:multiLevelType w:val="multilevel"/>
    <w:tmpl w:val="B67C3DA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7"/>
  </w:num>
  <w:num w:numId="11">
    <w:abstractNumId w:val="13"/>
  </w:num>
  <w:num w:numId="12">
    <w:abstractNumId w:val="15"/>
  </w:num>
  <w:num w:numId="13">
    <w:abstractNumId w:val="24"/>
  </w:num>
  <w:num w:numId="14">
    <w:abstractNumId w:val="19"/>
  </w:num>
  <w:num w:numId="15">
    <w:abstractNumId w:val="23"/>
  </w:num>
  <w:num w:numId="16">
    <w:abstractNumId w:val="30"/>
  </w:num>
  <w:num w:numId="17">
    <w:abstractNumId w:val="10"/>
  </w:num>
  <w:num w:numId="18">
    <w:abstractNumId w:val="25"/>
  </w:num>
  <w:num w:numId="19">
    <w:abstractNumId w:val="16"/>
  </w:num>
  <w:num w:numId="20">
    <w:abstractNumId w:val="17"/>
  </w:num>
  <w:num w:numId="21">
    <w:abstractNumId w:val="22"/>
  </w:num>
  <w:num w:numId="22">
    <w:abstractNumId w:val="29"/>
  </w:num>
  <w:num w:numId="23">
    <w:abstractNumId w:val="18"/>
  </w:num>
  <w:num w:numId="24">
    <w:abstractNumId w:val="26"/>
  </w:num>
  <w:num w:numId="25">
    <w:abstractNumId w:val="12"/>
  </w:num>
  <w:num w:numId="26">
    <w:abstractNumId w:val="28"/>
  </w:num>
  <w:num w:numId="27">
    <w:abstractNumId w:val="14"/>
  </w:num>
  <w:num w:numId="28">
    <w:abstractNumId w:val="20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CFB"/>
    <w:rsid w:val="0006063C"/>
    <w:rsid w:val="000772A8"/>
    <w:rsid w:val="000B1475"/>
    <w:rsid w:val="0015074B"/>
    <w:rsid w:val="0015154B"/>
    <w:rsid w:val="00192051"/>
    <w:rsid w:val="0019220A"/>
    <w:rsid w:val="001C5E2C"/>
    <w:rsid w:val="0029639D"/>
    <w:rsid w:val="00326F90"/>
    <w:rsid w:val="0036452D"/>
    <w:rsid w:val="00390B72"/>
    <w:rsid w:val="003B2A24"/>
    <w:rsid w:val="003D644D"/>
    <w:rsid w:val="003E71AF"/>
    <w:rsid w:val="004603FC"/>
    <w:rsid w:val="004819EE"/>
    <w:rsid w:val="004C45E7"/>
    <w:rsid w:val="004F6E68"/>
    <w:rsid w:val="005005BF"/>
    <w:rsid w:val="005307AE"/>
    <w:rsid w:val="00531823"/>
    <w:rsid w:val="00581CBC"/>
    <w:rsid w:val="00581D9D"/>
    <w:rsid w:val="005A007F"/>
    <w:rsid w:val="005C127D"/>
    <w:rsid w:val="005D0DAD"/>
    <w:rsid w:val="005F17C7"/>
    <w:rsid w:val="00612C71"/>
    <w:rsid w:val="00697D55"/>
    <w:rsid w:val="006B211E"/>
    <w:rsid w:val="0070480B"/>
    <w:rsid w:val="00734EA1"/>
    <w:rsid w:val="0074566F"/>
    <w:rsid w:val="0075027F"/>
    <w:rsid w:val="00752F70"/>
    <w:rsid w:val="00787E42"/>
    <w:rsid w:val="007A5E9B"/>
    <w:rsid w:val="00827B57"/>
    <w:rsid w:val="008C29D6"/>
    <w:rsid w:val="008D2CC9"/>
    <w:rsid w:val="008D4D4D"/>
    <w:rsid w:val="008F1BB3"/>
    <w:rsid w:val="008F294B"/>
    <w:rsid w:val="008F3013"/>
    <w:rsid w:val="00930945"/>
    <w:rsid w:val="00981EE2"/>
    <w:rsid w:val="009C2EE5"/>
    <w:rsid w:val="009E5F6A"/>
    <w:rsid w:val="009F076A"/>
    <w:rsid w:val="00A03B94"/>
    <w:rsid w:val="00A9042C"/>
    <w:rsid w:val="00AA1D8D"/>
    <w:rsid w:val="00B13590"/>
    <w:rsid w:val="00B42CEA"/>
    <w:rsid w:val="00B47730"/>
    <w:rsid w:val="00B60283"/>
    <w:rsid w:val="00BE40DA"/>
    <w:rsid w:val="00BE7E11"/>
    <w:rsid w:val="00C06188"/>
    <w:rsid w:val="00C355B8"/>
    <w:rsid w:val="00CB0664"/>
    <w:rsid w:val="00D11C6F"/>
    <w:rsid w:val="00D24519"/>
    <w:rsid w:val="00D42EA7"/>
    <w:rsid w:val="00D57FA2"/>
    <w:rsid w:val="00D75A09"/>
    <w:rsid w:val="00D76E88"/>
    <w:rsid w:val="00DC094F"/>
    <w:rsid w:val="00E352A8"/>
    <w:rsid w:val="00E70DA7"/>
    <w:rsid w:val="00E8741E"/>
    <w:rsid w:val="00EA072C"/>
    <w:rsid w:val="00F158C9"/>
    <w:rsid w:val="00F364BC"/>
    <w:rsid w:val="00F457B5"/>
    <w:rsid w:val="00F51F8B"/>
    <w:rsid w:val="00F83F2F"/>
    <w:rsid w:val="00F97425"/>
    <w:rsid w:val="00FC693F"/>
    <w:rsid w:val="00FC6986"/>
    <w:rsid w:val="00FF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32A4775"/>
  <w14:defaultImageDpi w14:val="300"/>
  <w15:docId w15:val="{83B487B5-131B-44DD-BA16-2408B8DAD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nywebov">
    <w:name w:val="Normal (Web)"/>
    <w:basedOn w:val="Normlny"/>
    <w:uiPriority w:val="99"/>
    <w:unhideWhenUsed/>
    <w:rsid w:val="00A90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paragraph" w:customStyle="1" w:styleId="codex-docx-previewheading2">
    <w:name w:val="codex-docx-preview_heading2"/>
    <w:basedOn w:val="Normlny"/>
    <w:rsid w:val="004F6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paragraph" w:customStyle="1" w:styleId="codex-docx-previewheading1">
    <w:name w:val="codex-docx-preview_heading1"/>
    <w:basedOn w:val="Normlny"/>
    <w:rsid w:val="00FF52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1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DB0AE6-F50E-4EE7-B7E2-99CC0FD7F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2794</Words>
  <Characters>15930</Characters>
  <Application>Microsoft Office Word</Application>
  <DocSecurity>0</DocSecurity>
  <Lines>132</Lines>
  <Paragraphs>37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18687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Zuzana Požoniová</cp:lastModifiedBy>
  <cp:revision>2</cp:revision>
  <cp:lastPrinted>2026-09-09T10:46:00Z</cp:lastPrinted>
  <dcterms:created xsi:type="dcterms:W3CDTF">2026-10-06T09:14:00Z</dcterms:created>
  <dcterms:modified xsi:type="dcterms:W3CDTF">2026-10-06T09:14:00Z</dcterms:modified>
  <cp:category/>
</cp:coreProperties>
</file>